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41C6" w14:textId="77777777" w:rsidR="004F5D62" w:rsidRDefault="00000000">
      <w:pPr>
        <w:jc w:val="center"/>
        <w:rPr>
          <w:rFonts w:hint="eastAsia"/>
          <w:lang w:eastAsia="zh-CN"/>
        </w:rPr>
      </w:pPr>
      <w:r>
        <w:rPr>
          <w:rFonts w:ascii="黑体" w:eastAsia="黑体" w:hAnsi="黑体"/>
          <w:b/>
          <w:sz w:val="44"/>
          <w:lang w:eastAsia="zh-CN"/>
        </w:rPr>
        <w:t>监理日志助手</w:t>
      </w:r>
    </w:p>
    <w:p w14:paraId="1B914AA2" w14:textId="77777777" w:rsidR="004F5D62" w:rsidRDefault="00000000">
      <w:pPr>
        <w:jc w:val="center"/>
        <w:rPr>
          <w:rFonts w:hint="eastAsia"/>
          <w:lang w:eastAsia="zh-CN"/>
        </w:rPr>
      </w:pPr>
      <w:r>
        <w:rPr>
          <w:b/>
          <w:color w:val="2B6CB0"/>
          <w:sz w:val="28"/>
          <w:lang w:eastAsia="zh-CN"/>
        </w:rPr>
        <w:t>使用者手册</w:t>
      </w:r>
    </w:p>
    <w:p w14:paraId="2FE8F80D" w14:textId="77777777" w:rsidR="004F5D62" w:rsidRDefault="004F5D62">
      <w:pPr>
        <w:rPr>
          <w:rFonts w:hint="eastAsia"/>
          <w:lang w:eastAsia="zh-CN"/>
        </w:rPr>
      </w:pPr>
    </w:p>
    <w:p w14:paraId="1780E457" w14:textId="77777777" w:rsidR="004F5D62" w:rsidRDefault="004F5D62">
      <w:pPr>
        <w:rPr>
          <w:rFonts w:hint="eastAsia"/>
          <w:lang w:eastAsia="zh-CN"/>
        </w:rPr>
      </w:pPr>
    </w:p>
    <w:p w14:paraId="46C49A5F" w14:textId="77777777" w:rsidR="004F5D62" w:rsidRDefault="00000000">
      <w:pPr>
        <w:jc w:val="center"/>
        <w:rPr>
          <w:rFonts w:hint="eastAsia"/>
          <w:lang w:eastAsia="zh-CN"/>
        </w:rPr>
      </w:pPr>
      <w:r>
        <w:rPr>
          <w:color w:val="888888"/>
          <w:sz w:val="20"/>
          <w:lang w:eastAsia="zh-CN"/>
        </w:rPr>
        <w:t>版本：V1.0</w:t>
      </w:r>
    </w:p>
    <w:p w14:paraId="7F631443" w14:textId="77777777" w:rsidR="004F5D62" w:rsidRDefault="004F5D62">
      <w:pPr>
        <w:rPr>
          <w:rFonts w:hint="eastAsia"/>
          <w:lang w:eastAsia="zh-CN"/>
        </w:rPr>
      </w:pPr>
    </w:p>
    <w:p w14:paraId="170D41CF" w14:textId="77777777" w:rsidR="004F5D62" w:rsidRDefault="004F5D62">
      <w:pPr>
        <w:rPr>
          <w:rFonts w:hint="eastAsia"/>
          <w:lang w:eastAsia="zh-CN"/>
        </w:rPr>
      </w:pPr>
    </w:p>
    <w:p w14:paraId="72A2523A" w14:textId="77777777" w:rsidR="004F5D62" w:rsidRDefault="004F5D62">
      <w:pPr>
        <w:rPr>
          <w:rFonts w:hint="eastAsia"/>
          <w:lang w:eastAsia="zh-CN"/>
        </w:rPr>
      </w:pPr>
    </w:p>
    <w:p w14:paraId="58396578" w14:textId="77777777" w:rsidR="004F5D62" w:rsidRDefault="00000000">
      <w:pPr>
        <w:rPr>
          <w:rFonts w:hint="eastAsia"/>
          <w:lang w:eastAsia="zh-CN"/>
        </w:rPr>
      </w:pPr>
      <w:r>
        <w:rPr>
          <w:rFonts w:ascii="黑体" w:eastAsia="黑体" w:hAnsi="黑体"/>
          <w:b/>
          <w:color w:val="2B6CB0"/>
          <w:sz w:val="25"/>
          <w:lang w:eastAsia="zh-CN"/>
        </w:rPr>
        <w:t>免责声明</w:t>
      </w:r>
    </w:p>
    <w:p w14:paraId="2CF683BD" w14:textId="77777777" w:rsidR="004F5D62" w:rsidRDefault="00000000">
      <w:pPr>
        <w:rPr>
          <w:rFonts w:hint="eastAsia"/>
          <w:lang w:eastAsia="zh-CN"/>
        </w:rPr>
      </w:pPr>
      <w:r>
        <w:rPr>
          <w:lang w:eastAsia="zh-CN"/>
        </w:rPr>
        <w:t>本工具部分内容基于AI大模型自动生成，旨在辅助用户提高工作效率，不构成任何专业意见或承诺。生成内容可能存在偏差、遗漏或错误，用户应自行甄别、核实并修改后使用。因信赖或使用生成内容而造成的任何直接或间接损失，本程序不承担法律责任。</w:t>
      </w:r>
    </w:p>
    <w:p w14:paraId="0828A6A8" w14:textId="77777777" w:rsidR="004F5D62" w:rsidRDefault="00000000">
      <w:pPr>
        <w:rPr>
          <w:rFonts w:hint="eastAsia"/>
          <w:lang w:eastAsia="zh-CN"/>
        </w:rPr>
      </w:pPr>
      <w:r>
        <w:rPr>
          <w:lang w:eastAsia="zh-CN"/>
        </w:rPr>
        <w:br w:type="page"/>
      </w:r>
    </w:p>
    <w:p w14:paraId="1A8E28F7" w14:textId="77777777" w:rsidR="004F5D62" w:rsidRDefault="00000000">
      <w:pPr>
        <w:rPr>
          <w:rFonts w:hint="eastAsia"/>
          <w:lang w:eastAsia="zh-CN"/>
        </w:rPr>
      </w:pPr>
      <w:proofErr w:type="gramStart"/>
      <w:r>
        <w:rPr>
          <w:rFonts w:ascii="黑体" w:eastAsia="黑体" w:hAnsi="黑体"/>
          <w:b/>
          <w:color w:val="1A365D"/>
          <w:sz w:val="30"/>
          <w:lang w:eastAsia="zh-CN"/>
        </w:rPr>
        <w:lastRenderedPageBreak/>
        <w:t>目  录</w:t>
      </w:r>
      <w:proofErr w:type="gramEnd"/>
    </w:p>
    <w:p w14:paraId="5AC64C78" w14:textId="77777777" w:rsidR="004F5D62" w:rsidRDefault="00000000">
      <w:pPr>
        <w:rPr>
          <w:rFonts w:hint="eastAsia"/>
          <w:lang w:eastAsia="zh-CN"/>
        </w:rPr>
      </w:pPr>
      <w:r>
        <w:rPr>
          <w:lang w:eastAsia="zh-CN"/>
        </w:rPr>
        <w:t>一、软件简介</w:t>
      </w:r>
    </w:p>
    <w:p w14:paraId="04706F0A" w14:textId="77777777" w:rsidR="004F5D62" w:rsidRDefault="00000000">
      <w:pPr>
        <w:rPr>
          <w:rFonts w:hint="eastAsia"/>
          <w:lang w:eastAsia="zh-CN"/>
        </w:rPr>
      </w:pPr>
      <w:r>
        <w:rPr>
          <w:lang w:eastAsia="zh-CN"/>
        </w:rPr>
        <w:t>二、首页与项目管理</w:t>
      </w:r>
    </w:p>
    <w:p w14:paraId="68608522" w14:textId="77777777" w:rsidR="004F5D62" w:rsidRDefault="00000000">
      <w:pPr>
        <w:rPr>
          <w:rFonts w:hint="eastAsia"/>
        </w:rPr>
      </w:pPr>
      <w:proofErr w:type="spellStart"/>
      <w:r>
        <w:t>三、日志列表与新建日志</w:t>
      </w:r>
      <w:proofErr w:type="spellEnd"/>
    </w:p>
    <w:p w14:paraId="59E05386" w14:textId="77777777" w:rsidR="004F5D62" w:rsidRDefault="00000000">
      <w:pPr>
        <w:rPr>
          <w:rFonts w:hint="eastAsia"/>
          <w:lang w:eastAsia="zh-CN"/>
        </w:rPr>
      </w:pPr>
      <w:r>
        <w:rPr>
          <w:lang w:eastAsia="zh-CN"/>
        </w:rPr>
        <w:t>四、分步填写监理日志</w:t>
      </w:r>
    </w:p>
    <w:p w14:paraId="0DF12448" w14:textId="77777777" w:rsidR="004F5D62" w:rsidRDefault="00000000">
      <w:pPr>
        <w:rPr>
          <w:rFonts w:hint="eastAsia"/>
          <w:lang w:eastAsia="zh-CN"/>
        </w:rPr>
      </w:pPr>
      <w:r>
        <w:rPr>
          <w:lang w:eastAsia="zh-CN"/>
        </w:rPr>
        <w:t>五、一键生成监理日志</w:t>
      </w:r>
    </w:p>
    <w:p w14:paraId="7709A782" w14:textId="77777777" w:rsidR="004F5D62" w:rsidRDefault="00000000">
      <w:pPr>
        <w:rPr>
          <w:rFonts w:hint="eastAsia"/>
          <w:lang w:eastAsia="zh-CN"/>
        </w:rPr>
      </w:pPr>
      <w:r>
        <w:rPr>
          <w:lang w:eastAsia="zh-CN"/>
        </w:rPr>
        <w:t>六、积分说明</w:t>
      </w:r>
    </w:p>
    <w:p w14:paraId="486C1FC3" w14:textId="77777777" w:rsidR="004F5D62" w:rsidRDefault="00000000">
      <w:pPr>
        <w:rPr>
          <w:rFonts w:hint="eastAsia"/>
          <w:lang w:eastAsia="zh-CN"/>
        </w:rPr>
      </w:pPr>
      <w:r>
        <w:rPr>
          <w:lang w:eastAsia="zh-CN"/>
        </w:rPr>
        <w:t>七、常见问题（FAQ）</w:t>
      </w:r>
    </w:p>
    <w:p w14:paraId="770B474A" w14:textId="77777777" w:rsidR="004F5D62" w:rsidRDefault="00000000">
      <w:pPr>
        <w:rPr>
          <w:rFonts w:hint="eastAsia"/>
          <w:lang w:eastAsia="zh-CN"/>
        </w:rPr>
      </w:pPr>
      <w:r>
        <w:rPr>
          <w:lang w:eastAsia="zh-CN"/>
        </w:rPr>
        <w:t>八、免责声明</w:t>
      </w:r>
    </w:p>
    <w:p w14:paraId="06BADEB8" w14:textId="77777777" w:rsidR="004F5D62" w:rsidRDefault="00000000">
      <w:pPr>
        <w:rPr>
          <w:rFonts w:hint="eastAsia"/>
          <w:lang w:eastAsia="zh-CN"/>
        </w:rPr>
      </w:pPr>
      <w:r>
        <w:rPr>
          <w:lang w:eastAsia="zh-CN"/>
        </w:rPr>
        <w:br w:type="page"/>
      </w:r>
    </w:p>
    <w:p w14:paraId="49FEDDA2" w14:textId="77777777" w:rsidR="004F5D62" w:rsidRDefault="00000000">
      <w:pPr>
        <w:rPr>
          <w:rFonts w:hint="eastAsia"/>
          <w:lang w:eastAsia="zh-CN"/>
        </w:rPr>
      </w:pPr>
      <w:r>
        <w:rPr>
          <w:rFonts w:ascii="黑体" w:eastAsia="黑体" w:hAnsi="黑体"/>
          <w:b/>
          <w:color w:val="1A365D"/>
          <w:sz w:val="30"/>
          <w:lang w:eastAsia="zh-CN"/>
        </w:rPr>
        <w:lastRenderedPageBreak/>
        <w:t>一、软件简介</w:t>
      </w:r>
    </w:p>
    <w:p w14:paraId="518970CF" w14:textId="77777777" w:rsidR="004F5D62" w:rsidRDefault="00000000">
      <w:pPr>
        <w:rPr>
          <w:rFonts w:hint="eastAsia"/>
          <w:lang w:eastAsia="zh-CN"/>
        </w:rPr>
      </w:pPr>
      <w:r>
        <w:rPr>
          <w:lang w:eastAsia="zh-CN"/>
        </w:rPr>
        <w:t>监理日志助手是一款面向工程监理人员的小程序工具，用于辅助编写、生成与归档监理日志。软件提供两种编写方式：</w:t>
      </w:r>
    </w:p>
    <w:p w14:paraId="20B990B0" w14:textId="77777777" w:rsidR="004F5D62" w:rsidRDefault="00000000">
      <w:pPr>
        <w:pStyle w:val="a0"/>
        <w:rPr>
          <w:rFonts w:hint="eastAsia"/>
          <w:lang w:eastAsia="zh-CN"/>
        </w:rPr>
      </w:pPr>
      <w:r>
        <w:rPr>
          <w:lang w:eastAsia="zh-CN"/>
        </w:rPr>
        <w:t>分步填写：按照施工情况、监理工作、监理指令、存在问题及处理、明日监理重点、其他事项等步骤逐项录入，关键步骤可调用AI大模型自动生成内容。</w:t>
      </w:r>
    </w:p>
    <w:p w14:paraId="09F08177" w14:textId="77777777" w:rsidR="004F5D62" w:rsidRDefault="00000000">
      <w:pPr>
        <w:pStyle w:val="a0"/>
        <w:rPr>
          <w:rFonts w:hint="eastAsia"/>
          <w:lang w:eastAsia="zh-CN"/>
        </w:rPr>
      </w:pPr>
      <w:r>
        <w:rPr>
          <w:lang w:eastAsia="zh-CN"/>
        </w:rPr>
        <w:t>一键生成：上传或粘贴施工日志文本、监理通知单照片、明日施工计划，由大模型一次性生成完整监理日志，用户在成稿页统一校对修改后保存。</w:t>
      </w:r>
    </w:p>
    <w:p w14:paraId="6AA35751" w14:textId="77777777" w:rsidR="004F5D62" w:rsidRDefault="00000000">
      <w:pPr>
        <w:rPr>
          <w:rFonts w:hint="eastAsia"/>
          <w:lang w:eastAsia="zh-CN"/>
        </w:rPr>
      </w:pPr>
      <w:r>
        <w:rPr>
          <w:lang w:eastAsia="zh-CN"/>
        </w:rPr>
        <w:t>软件内置积分机制，调用大模型的功能会消耗积分；首次使用赠送一定额度，后续可通过购买获得更多积分。</w:t>
      </w:r>
    </w:p>
    <w:p w14:paraId="5EA5DB88" w14:textId="77777777" w:rsidR="004F5D62" w:rsidRDefault="004F5D62">
      <w:pPr>
        <w:rPr>
          <w:rFonts w:hint="eastAsia"/>
          <w:lang w:eastAsia="zh-CN"/>
        </w:rPr>
      </w:pPr>
    </w:p>
    <w:p w14:paraId="1BE3E96B" w14:textId="77777777" w:rsidR="004F5D62" w:rsidRDefault="00000000">
      <w:pPr>
        <w:rPr>
          <w:rFonts w:hint="eastAsia"/>
          <w:lang w:eastAsia="zh-CN"/>
        </w:rPr>
      </w:pPr>
      <w:r>
        <w:rPr>
          <w:rFonts w:ascii="黑体" w:eastAsia="黑体" w:hAnsi="黑体"/>
          <w:b/>
          <w:color w:val="1A365D"/>
          <w:sz w:val="30"/>
          <w:lang w:eastAsia="zh-CN"/>
        </w:rPr>
        <w:t>二、首页与项目管理</w:t>
      </w:r>
    </w:p>
    <w:p w14:paraId="117E6EC3" w14:textId="77777777" w:rsidR="004F5D62" w:rsidRDefault="00000000">
      <w:pPr>
        <w:rPr>
          <w:rFonts w:hint="eastAsia"/>
          <w:lang w:eastAsia="zh-CN"/>
        </w:rPr>
      </w:pPr>
      <w:r>
        <w:rPr>
          <w:rFonts w:ascii="黑体" w:eastAsia="黑体" w:hAnsi="黑体"/>
          <w:b/>
          <w:color w:val="2B6CB0"/>
          <w:sz w:val="25"/>
          <w:lang w:eastAsia="zh-CN"/>
        </w:rPr>
        <w:t>2.1 首页</w:t>
      </w:r>
    </w:p>
    <w:p w14:paraId="3A6BEDDB" w14:textId="5751CBCC" w:rsidR="004F5D62" w:rsidRDefault="00000000">
      <w:pPr>
        <w:rPr>
          <w:rFonts w:hint="eastAsia"/>
          <w:lang w:eastAsia="zh-CN"/>
        </w:rPr>
      </w:pPr>
      <w:r>
        <w:rPr>
          <w:lang w:eastAsia="zh-CN"/>
        </w:rPr>
        <w:t>首页展示「新建项目」图片按钮与已建项目列表。项目列表按</w:t>
      </w:r>
      <w:proofErr w:type="gramStart"/>
      <w:r>
        <w:rPr>
          <w:lang w:eastAsia="zh-CN"/>
        </w:rPr>
        <w:t>"从</w:t>
      </w:r>
      <w:proofErr w:type="gramEnd"/>
      <w:r>
        <w:rPr>
          <w:lang w:eastAsia="zh-CN"/>
        </w:rPr>
        <w:t>新到</w:t>
      </w:r>
      <w:proofErr w:type="gramStart"/>
      <w:r>
        <w:rPr>
          <w:lang w:eastAsia="zh-CN"/>
        </w:rPr>
        <w:t>旧"</w:t>
      </w:r>
      <w:proofErr w:type="gramEnd"/>
      <w:r>
        <w:rPr>
          <w:lang w:eastAsia="zh-CN"/>
        </w:rPr>
        <w:t>排序，最近创建的项目排在最上方。</w:t>
      </w:r>
    </w:p>
    <w:p w14:paraId="5990BB2E" w14:textId="609B8B9B" w:rsidR="004F5D62" w:rsidRDefault="00D3028C" w:rsidP="00D3028C">
      <w:pPr>
        <w:jc w:val="center"/>
        <w:rPr>
          <w:rFonts w:hint="eastAsia"/>
          <w:lang w:eastAsia="zh-CN"/>
        </w:rPr>
      </w:pPr>
      <w:r>
        <w:rPr>
          <w:noProof/>
        </w:rPr>
        <w:drawing>
          <wp:inline distT="0" distB="0" distL="0" distR="0" wp14:anchorId="4A479086" wp14:editId="36804F01">
            <wp:extent cx="2823844" cy="3457575"/>
            <wp:effectExtent l="0" t="0" r="0" b="0"/>
            <wp:docPr id="18153882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8214" name=""/>
                    <pic:cNvPicPr/>
                  </pic:nvPicPr>
                  <pic:blipFill>
                    <a:blip r:embed="rId6"/>
                    <a:stretch>
                      <a:fillRect/>
                    </a:stretch>
                  </pic:blipFill>
                  <pic:spPr>
                    <a:xfrm>
                      <a:off x="0" y="0"/>
                      <a:ext cx="2828263" cy="3462986"/>
                    </a:xfrm>
                    <a:prstGeom prst="rect">
                      <a:avLst/>
                    </a:prstGeom>
                  </pic:spPr>
                </pic:pic>
              </a:graphicData>
            </a:graphic>
          </wp:inline>
        </w:drawing>
      </w:r>
    </w:p>
    <w:p w14:paraId="1F023596" w14:textId="77777777" w:rsidR="004F5D62" w:rsidRDefault="004F5D62">
      <w:pPr>
        <w:rPr>
          <w:rFonts w:hint="eastAsia"/>
          <w:lang w:eastAsia="zh-CN"/>
        </w:rPr>
      </w:pPr>
    </w:p>
    <w:p w14:paraId="32CE89F1" w14:textId="77777777" w:rsidR="004F5D62" w:rsidRDefault="00000000">
      <w:pPr>
        <w:rPr>
          <w:rFonts w:hint="eastAsia"/>
          <w:lang w:eastAsia="zh-CN"/>
        </w:rPr>
      </w:pPr>
      <w:r>
        <w:rPr>
          <w:rFonts w:ascii="黑体" w:eastAsia="黑体" w:hAnsi="黑体"/>
          <w:b/>
          <w:color w:val="2B6CB0"/>
          <w:sz w:val="25"/>
          <w:lang w:eastAsia="zh-CN"/>
        </w:rPr>
        <w:lastRenderedPageBreak/>
        <w:t>2.2 新建项目</w:t>
      </w:r>
    </w:p>
    <w:p w14:paraId="388EC336" w14:textId="77777777" w:rsidR="004F5D62" w:rsidRDefault="00000000">
      <w:pPr>
        <w:rPr>
          <w:rFonts w:hint="eastAsia"/>
          <w:lang w:eastAsia="zh-CN"/>
        </w:rPr>
      </w:pPr>
      <w:r>
        <w:rPr>
          <w:lang w:eastAsia="zh-CN"/>
        </w:rPr>
        <w:t>点击首页「新建项目」图片按钮，进入项目信息编辑页。填写完成后点击「保存项目」，新项目即出现在首页项目列表顶部，并自动成为当前项目。</w:t>
      </w:r>
    </w:p>
    <w:p w14:paraId="57E3AE3B" w14:textId="77777777" w:rsidR="004F5D62" w:rsidRDefault="00000000">
      <w:pPr>
        <w:rPr>
          <w:rFonts w:hint="eastAsia"/>
          <w:lang w:eastAsia="zh-CN"/>
        </w:rPr>
      </w:pPr>
      <w:r>
        <w:rPr>
          <w:rFonts w:ascii="黑体" w:eastAsia="黑体" w:hAnsi="黑体"/>
          <w:b/>
          <w:color w:val="2B6CB0"/>
          <w:sz w:val="25"/>
          <w:lang w:eastAsia="zh-CN"/>
        </w:rPr>
        <w:t>2.3 项目信息字段说明</w:t>
      </w:r>
    </w:p>
    <w:p w14:paraId="549FEF70" w14:textId="77777777" w:rsidR="004F5D62" w:rsidRDefault="00000000">
      <w:pPr>
        <w:rPr>
          <w:rFonts w:hint="eastAsia"/>
          <w:lang w:eastAsia="zh-CN"/>
        </w:rPr>
      </w:pPr>
      <w:r>
        <w:rPr>
          <w:lang w:eastAsia="zh-CN"/>
        </w:rPr>
        <w:t>项目信息用于生成监理日志头部与落款，字段如下：</w:t>
      </w:r>
    </w:p>
    <w:tbl>
      <w:tblPr>
        <w:tblStyle w:val="-11"/>
        <w:tblW w:w="0" w:type="auto"/>
        <w:tblLook w:val="04A0" w:firstRow="1" w:lastRow="0" w:firstColumn="1" w:lastColumn="0" w:noHBand="0" w:noVBand="1"/>
      </w:tblPr>
      <w:tblGrid>
        <w:gridCol w:w="4320"/>
        <w:gridCol w:w="4320"/>
      </w:tblGrid>
      <w:tr w:rsidR="004F5D62" w14:paraId="382B9612" w14:textId="77777777" w:rsidTr="004F5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6B18C02" w14:textId="77777777" w:rsidR="004F5D62" w:rsidRDefault="00000000">
            <w:pPr>
              <w:rPr>
                <w:rFonts w:hint="eastAsia"/>
              </w:rPr>
            </w:pPr>
            <w:proofErr w:type="spellStart"/>
            <w:r>
              <w:t>字段</w:t>
            </w:r>
            <w:proofErr w:type="spellEnd"/>
          </w:p>
        </w:tc>
        <w:tc>
          <w:tcPr>
            <w:tcW w:w="4320" w:type="dxa"/>
          </w:tcPr>
          <w:p w14:paraId="3454E6EB" w14:textId="77777777" w:rsidR="004F5D62" w:rsidRDefault="00000000">
            <w:pPr>
              <w:cnfStyle w:val="100000000000" w:firstRow="1" w:lastRow="0" w:firstColumn="0" w:lastColumn="0" w:oddVBand="0" w:evenVBand="0" w:oddHBand="0" w:evenHBand="0" w:firstRowFirstColumn="0" w:firstRowLastColumn="0" w:lastRowFirstColumn="0" w:lastRowLastColumn="0"/>
              <w:rPr>
                <w:rFonts w:hint="eastAsia"/>
              </w:rPr>
            </w:pPr>
            <w:r>
              <w:t>说明</w:t>
            </w:r>
          </w:p>
        </w:tc>
      </w:tr>
      <w:tr w:rsidR="004F5D62" w14:paraId="328D4EFE"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B28FC10" w14:textId="77777777" w:rsidR="004F5D62" w:rsidRDefault="00000000">
            <w:pPr>
              <w:rPr>
                <w:rFonts w:hint="eastAsia"/>
              </w:rPr>
            </w:pPr>
            <w:r>
              <w:t>工程名称</w:t>
            </w:r>
          </w:p>
        </w:tc>
        <w:tc>
          <w:tcPr>
            <w:tcW w:w="4320" w:type="dxa"/>
          </w:tcPr>
          <w:p w14:paraId="6E5AF59C" w14:textId="77777777" w:rsidR="004F5D62" w:rsidRDefault="00000000">
            <w:pPr>
              <w:cnfStyle w:val="000000100000" w:firstRow="0" w:lastRow="0" w:firstColumn="0" w:lastColumn="0" w:oddVBand="0" w:evenVBand="0" w:oddHBand="1" w:evenHBand="0" w:firstRowFirstColumn="0" w:firstRowLastColumn="0" w:lastRowFirstColumn="0" w:lastRowLastColumn="0"/>
              <w:rPr>
                <w:rFonts w:hint="eastAsia"/>
                <w:lang w:eastAsia="zh-CN"/>
              </w:rPr>
            </w:pPr>
            <w:r>
              <w:rPr>
                <w:lang w:eastAsia="zh-CN"/>
              </w:rPr>
              <w:t>必填，生成文档的标题；仅在填写</w:t>
            </w:r>
            <w:proofErr w:type="gramStart"/>
            <w:r>
              <w:rPr>
                <w:lang w:eastAsia="zh-CN"/>
              </w:rPr>
              <w:t>"标段"</w:t>
            </w:r>
            <w:proofErr w:type="gramEnd"/>
            <w:r>
              <w:rPr>
                <w:lang w:eastAsia="zh-CN"/>
              </w:rPr>
              <w:t>时才在名称后显示括号标注标段。</w:t>
            </w:r>
          </w:p>
        </w:tc>
      </w:tr>
      <w:tr w:rsidR="004F5D62" w14:paraId="222E9BEC" w14:textId="77777777" w:rsidTr="004F5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21C40B6" w14:textId="77777777" w:rsidR="004F5D62" w:rsidRDefault="00000000">
            <w:pPr>
              <w:rPr>
                <w:rFonts w:hint="eastAsia"/>
              </w:rPr>
            </w:pPr>
            <w:proofErr w:type="spellStart"/>
            <w:r>
              <w:t>标段</w:t>
            </w:r>
            <w:proofErr w:type="spellEnd"/>
          </w:p>
        </w:tc>
        <w:tc>
          <w:tcPr>
            <w:tcW w:w="4320" w:type="dxa"/>
          </w:tcPr>
          <w:p w14:paraId="40EB692C" w14:textId="77777777" w:rsidR="004F5D62" w:rsidRDefault="00000000">
            <w:pPr>
              <w:cnfStyle w:val="000000010000" w:firstRow="0" w:lastRow="0" w:firstColumn="0" w:lastColumn="0" w:oddVBand="0" w:evenVBand="0" w:oddHBand="0" w:evenHBand="1" w:firstRowFirstColumn="0" w:firstRowLastColumn="0" w:lastRowFirstColumn="0" w:lastRowLastColumn="0"/>
              <w:rPr>
                <w:rFonts w:hint="eastAsia"/>
              </w:rPr>
            </w:pPr>
            <w:r>
              <w:rPr>
                <w:lang w:eastAsia="zh-CN"/>
              </w:rPr>
              <w:t>选填；填写后显示在工程名称后的括号中，例如</w:t>
            </w:r>
            <w:proofErr w:type="gramStart"/>
            <w:r>
              <w:rPr>
                <w:lang w:eastAsia="zh-CN"/>
              </w:rPr>
              <w:t>"某</w:t>
            </w:r>
            <w:proofErr w:type="gramEnd"/>
            <w:r>
              <w:rPr>
                <w:lang w:eastAsia="zh-CN"/>
              </w:rPr>
              <w:t>工程（一标段）"。</w:t>
            </w:r>
            <w:proofErr w:type="spellStart"/>
            <w:r>
              <w:t>留空则不显示括号</w:t>
            </w:r>
            <w:proofErr w:type="spellEnd"/>
            <w:r>
              <w:t>。</w:t>
            </w:r>
          </w:p>
        </w:tc>
      </w:tr>
      <w:tr w:rsidR="004F5D62" w14:paraId="7B195395"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1206587" w14:textId="77777777" w:rsidR="004F5D62" w:rsidRDefault="00000000">
            <w:pPr>
              <w:rPr>
                <w:rFonts w:hint="eastAsia"/>
              </w:rPr>
            </w:pPr>
            <w:r>
              <w:t>建设单位</w:t>
            </w:r>
          </w:p>
        </w:tc>
        <w:tc>
          <w:tcPr>
            <w:tcW w:w="4320" w:type="dxa"/>
          </w:tcPr>
          <w:p w14:paraId="02E3E01C" w14:textId="77777777" w:rsidR="004F5D62" w:rsidRDefault="00000000">
            <w:pPr>
              <w:cnfStyle w:val="000000100000" w:firstRow="0" w:lastRow="0" w:firstColumn="0" w:lastColumn="0" w:oddVBand="0" w:evenVBand="0" w:oddHBand="1" w:evenHBand="0" w:firstRowFirstColumn="0" w:firstRowLastColumn="0" w:lastRowFirstColumn="0" w:lastRowLastColumn="0"/>
              <w:rPr>
                <w:rFonts w:hint="eastAsia"/>
                <w:lang w:eastAsia="zh-CN"/>
              </w:rPr>
            </w:pPr>
            <w:r>
              <w:rPr>
                <w:lang w:eastAsia="zh-CN"/>
              </w:rPr>
              <w:t>选填；填写后在工程名称下方单独一行显示，未填写则不显示该行。</w:t>
            </w:r>
          </w:p>
        </w:tc>
      </w:tr>
      <w:tr w:rsidR="004F5D62" w14:paraId="14CEE5BA" w14:textId="77777777" w:rsidTr="004F5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5A86AED" w14:textId="77777777" w:rsidR="004F5D62" w:rsidRDefault="00000000">
            <w:pPr>
              <w:rPr>
                <w:rFonts w:hint="eastAsia"/>
              </w:rPr>
            </w:pPr>
            <w:proofErr w:type="spellStart"/>
            <w:r>
              <w:t>监理单位</w:t>
            </w:r>
            <w:proofErr w:type="spellEnd"/>
          </w:p>
        </w:tc>
        <w:tc>
          <w:tcPr>
            <w:tcW w:w="4320" w:type="dxa"/>
          </w:tcPr>
          <w:p w14:paraId="791AD0F3" w14:textId="77777777" w:rsidR="004F5D62" w:rsidRDefault="00000000">
            <w:pPr>
              <w:cnfStyle w:val="000000010000" w:firstRow="0" w:lastRow="0" w:firstColumn="0" w:lastColumn="0" w:oddVBand="0" w:evenVBand="0" w:oddHBand="0" w:evenHBand="1" w:firstRowFirstColumn="0" w:firstRowLastColumn="0" w:lastRowFirstColumn="0" w:lastRowLastColumn="0"/>
              <w:rPr>
                <w:rFonts w:hint="eastAsia"/>
                <w:lang w:eastAsia="zh-CN"/>
              </w:rPr>
            </w:pPr>
            <w:r>
              <w:rPr>
                <w:lang w:eastAsia="zh-CN"/>
              </w:rPr>
              <w:t>选填；同上，单独一行显示。</w:t>
            </w:r>
          </w:p>
        </w:tc>
      </w:tr>
      <w:tr w:rsidR="004F5D62" w14:paraId="7443439D"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04FD654" w14:textId="77777777" w:rsidR="004F5D62" w:rsidRDefault="00000000">
            <w:pPr>
              <w:rPr>
                <w:rFonts w:hint="eastAsia"/>
              </w:rPr>
            </w:pPr>
            <w:proofErr w:type="spellStart"/>
            <w:r>
              <w:t>施工单位</w:t>
            </w:r>
            <w:proofErr w:type="spellEnd"/>
          </w:p>
        </w:tc>
        <w:tc>
          <w:tcPr>
            <w:tcW w:w="4320" w:type="dxa"/>
          </w:tcPr>
          <w:p w14:paraId="71DE3279" w14:textId="77777777" w:rsidR="004F5D62" w:rsidRDefault="00000000">
            <w:pPr>
              <w:cnfStyle w:val="000000100000" w:firstRow="0" w:lastRow="0" w:firstColumn="0" w:lastColumn="0" w:oddVBand="0" w:evenVBand="0" w:oddHBand="1" w:evenHBand="0" w:firstRowFirstColumn="0" w:firstRowLastColumn="0" w:lastRowFirstColumn="0" w:lastRowLastColumn="0"/>
              <w:rPr>
                <w:rFonts w:hint="eastAsia"/>
                <w:lang w:eastAsia="zh-CN"/>
              </w:rPr>
            </w:pPr>
            <w:r>
              <w:rPr>
                <w:lang w:eastAsia="zh-CN"/>
              </w:rPr>
              <w:t>选填；同上，单独一行显示。</w:t>
            </w:r>
          </w:p>
        </w:tc>
      </w:tr>
      <w:tr w:rsidR="004F5D62" w14:paraId="5716530C" w14:textId="77777777" w:rsidTr="004F5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385E162" w14:textId="77777777" w:rsidR="004F5D62" w:rsidRDefault="00000000">
            <w:pPr>
              <w:rPr>
                <w:rFonts w:hint="eastAsia"/>
              </w:rPr>
            </w:pPr>
            <w:proofErr w:type="spellStart"/>
            <w:r>
              <w:t>记录人</w:t>
            </w:r>
            <w:proofErr w:type="spellEnd"/>
          </w:p>
        </w:tc>
        <w:tc>
          <w:tcPr>
            <w:tcW w:w="4320" w:type="dxa"/>
          </w:tcPr>
          <w:p w14:paraId="52245679" w14:textId="77777777" w:rsidR="004F5D62" w:rsidRDefault="00000000">
            <w:pPr>
              <w:cnfStyle w:val="000000010000" w:firstRow="0" w:lastRow="0" w:firstColumn="0" w:lastColumn="0" w:oddVBand="0" w:evenVBand="0" w:oddHBand="0" w:evenHBand="1" w:firstRowFirstColumn="0" w:firstRowLastColumn="0" w:lastRowFirstColumn="0" w:lastRowLastColumn="0"/>
              <w:rPr>
                <w:rFonts w:hint="eastAsia"/>
                <w:lang w:eastAsia="zh-CN"/>
              </w:rPr>
            </w:pPr>
            <w:r>
              <w:rPr>
                <w:lang w:eastAsia="zh-CN"/>
              </w:rPr>
              <w:t>选填；用于文档末尾落款</w:t>
            </w:r>
            <w:proofErr w:type="gramStart"/>
            <w:r>
              <w:rPr>
                <w:lang w:eastAsia="zh-CN"/>
              </w:rPr>
              <w:t>"记录</w:t>
            </w:r>
            <w:proofErr w:type="gramEnd"/>
            <w:r>
              <w:rPr>
                <w:lang w:eastAsia="zh-CN"/>
              </w:rPr>
              <w:t>人：XXX"。</w:t>
            </w:r>
          </w:p>
        </w:tc>
      </w:tr>
      <w:tr w:rsidR="004F5D62" w14:paraId="715D50EA"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E7CCD34" w14:textId="77777777" w:rsidR="004F5D62" w:rsidRDefault="00000000">
            <w:pPr>
              <w:rPr>
                <w:rFonts w:hint="eastAsia"/>
              </w:rPr>
            </w:pPr>
            <w:proofErr w:type="spellStart"/>
            <w:r>
              <w:t>审核人</w:t>
            </w:r>
            <w:proofErr w:type="spellEnd"/>
          </w:p>
        </w:tc>
        <w:tc>
          <w:tcPr>
            <w:tcW w:w="4320" w:type="dxa"/>
          </w:tcPr>
          <w:p w14:paraId="64D8EF32" w14:textId="77777777" w:rsidR="004F5D62" w:rsidRDefault="00000000">
            <w:pPr>
              <w:cnfStyle w:val="000000100000" w:firstRow="0" w:lastRow="0" w:firstColumn="0" w:lastColumn="0" w:oddVBand="0" w:evenVBand="0" w:oddHBand="1" w:evenHBand="0" w:firstRowFirstColumn="0" w:firstRowLastColumn="0" w:lastRowFirstColumn="0" w:lastRowLastColumn="0"/>
              <w:rPr>
                <w:rFonts w:hint="eastAsia"/>
                <w:lang w:eastAsia="zh-CN"/>
              </w:rPr>
            </w:pPr>
            <w:r>
              <w:rPr>
                <w:lang w:eastAsia="zh-CN"/>
              </w:rPr>
              <w:t>选填；用于文档末尾落款</w:t>
            </w:r>
            <w:proofErr w:type="gramStart"/>
            <w:r>
              <w:rPr>
                <w:lang w:eastAsia="zh-CN"/>
              </w:rPr>
              <w:t>"审核</w:t>
            </w:r>
            <w:proofErr w:type="gramEnd"/>
            <w:r>
              <w:rPr>
                <w:lang w:eastAsia="zh-CN"/>
              </w:rPr>
              <w:t>人：XXX"。</w:t>
            </w:r>
          </w:p>
        </w:tc>
      </w:tr>
    </w:tbl>
    <w:p w14:paraId="23F61599" w14:textId="77777777" w:rsidR="004F5D62" w:rsidRDefault="004F5D62">
      <w:pPr>
        <w:rPr>
          <w:rFonts w:hint="eastAsia"/>
          <w:lang w:eastAsia="zh-CN"/>
        </w:rPr>
      </w:pPr>
    </w:p>
    <w:p w14:paraId="32A75A56" w14:textId="77777777" w:rsidR="004F5D62" w:rsidRDefault="00000000">
      <w:pPr>
        <w:rPr>
          <w:rFonts w:hint="eastAsia"/>
          <w:lang w:eastAsia="zh-CN"/>
        </w:rPr>
      </w:pPr>
      <w:r>
        <w:rPr>
          <w:lang w:eastAsia="zh-CN"/>
        </w:rPr>
        <w:t>提示：建设单位、监理单位、施工单位仅在填写了对应内容时才在文档中显示该行，避免空白行。</w:t>
      </w:r>
    </w:p>
    <w:p w14:paraId="59416138" w14:textId="1487E4BE" w:rsidR="004F5D62" w:rsidRDefault="00D3028C" w:rsidP="00D3028C">
      <w:pPr>
        <w:jc w:val="center"/>
        <w:rPr>
          <w:rFonts w:hint="eastAsia"/>
          <w:lang w:eastAsia="zh-CN"/>
        </w:rPr>
      </w:pPr>
      <w:r>
        <w:rPr>
          <w:noProof/>
        </w:rPr>
        <w:drawing>
          <wp:inline distT="0" distB="0" distL="0" distR="0" wp14:anchorId="3C5F17CD" wp14:editId="4BD49480">
            <wp:extent cx="2176463" cy="3041255"/>
            <wp:effectExtent l="0" t="0" r="0" b="6985"/>
            <wp:docPr id="16373179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17948" name=""/>
                    <pic:cNvPicPr/>
                  </pic:nvPicPr>
                  <pic:blipFill>
                    <a:blip r:embed="rId7"/>
                    <a:stretch>
                      <a:fillRect/>
                    </a:stretch>
                  </pic:blipFill>
                  <pic:spPr>
                    <a:xfrm>
                      <a:off x="0" y="0"/>
                      <a:ext cx="2182101" cy="3049133"/>
                    </a:xfrm>
                    <a:prstGeom prst="rect">
                      <a:avLst/>
                    </a:prstGeom>
                  </pic:spPr>
                </pic:pic>
              </a:graphicData>
            </a:graphic>
          </wp:inline>
        </w:drawing>
      </w:r>
    </w:p>
    <w:p w14:paraId="6D55CE93" w14:textId="77777777" w:rsidR="004F5D62" w:rsidRDefault="004F5D62">
      <w:pPr>
        <w:rPr>
          <w:rFonts w:hint="eastAsia"/>
          <w:lang w:eastAsia="zh-CN"/>
        </w:rPr>
      </w:pPr>
    </w:p>
    <w:p w14:paraId="0FE2DDC2" w14:textId="77777777" w:rsidR="004F5D62" w:rsidRDefault="00000000">
      <w:pPr>
        <w:rPr>
          <w:rFonts w:hint="eastAsia"/>
        </w:rPr>
      </w:pPr>
      <w:proofErr w:type="spellStart"/>
      <w:r>
        <w:rPr>
          <w:rFonts w:ascii="黑体" w:eastAsia="黑体" w:hAnsi="黑体"/>
          <w:b/>
          <w:color w:val="1A365D"/>
          <w:sz w:val="30"/>
        </w:rPr>
        <w:lastRenderedPageBreak/>
        <w:t>三、日志列表与新建日志</w:t>
      </w:r>
      <w:proofErr w:type="spellEnd"/>
    </w:p>
    <w:p w14:paraId="0D6214CD" w14:textId="77777777" w:rsidR="004F5D62" w:rsidRDefault="00000000">
      <w:pPr>
        <w:rPr>
          <w:rFonts w:hint="eastAsia"/>
          <w:lang w:eastAsia="zh-CN"/>
        </w:rPr>
      </w:pPr>
      <w:r>
        <w:rPr>
          <w:rFonts w:ascii="黑体" w:eastAsia="黑体" w:hAnsi="黑体"/>
          <w:b/>
          <w:color w:val="2B6CB0"/>
          <w:sz w:val="25"/>
          <w:lang w:eastAsia="zh-CN"/>
        </w:rPr>
        <w:t>3.1 进入项目日志列表</w:t>
      </w:r>
    </w:p>
    <w:p w14:paraId="06C4AE3B" w14:textId="77777777" w:rsidR="004F5D62" w:rsidRDefault="00000000">
      <w:pPr>
        <w:rPr>
          <w:rFonts w:hint="eastAsia"/>
          <w:lang w:eastAsia="zh-CN"/>
        </w:rPr>
      </w:pPr>
      <w:r>
        <w:rPr>
          <w:lang w:eastAsia="zh-CN"/>
        </w:rPr>
        <w:t>在首页点击某个项目卡片，进入该项目的日志列表页。</w:t>
      </w:r>
    </w:p>
    <w:p w14:paraId="425CB1ED" w14:textId="77777777" w:rsidR="004F5D62" w:rsidRDefault="00000000">
      <w:pPr>
        <w:rPr>
          <w:rFonts w:hint="eastAsia"/>
          <w:lang w:eastAsia="zh-CN"/>
        </w:rPr>
      </w:pPr>
      <w:r>
        <w:rPr>
          <w:rFonts w:ascii="黑体" w:eastAsia="黑体" w:hAnsi="黑体"/>
          <w:b/>
          <w:color w:val="2B6CB0"/>
          <w:sz w:val="25"/>
          <w:lang w:eastAsia="zh-CN"/>
        </w:rPr>
        <w:t>3.2 新建日志的两种方式</w:t>
      </w:r>
    </w:p>
    <w:p w14:paraId="7922962E" w14:textId="77777777" w:rsidR="004F5D62" w:rsidRDefault="00000000">
      <w:pPr>
        <w:rPr>
          <w:rFonts w:hint="eastAsia"/>
          <w:lang w:eastAsia="zh-CN"/>
        </w:rPr>
      </w:pPr>
      <w:r>
        <w:rPr>
          <w:lang w:eastAsia="zh-CN"/>
        </w:rPr>
        <w:t>日志列表页顶部并排显示</w:t>
      </w:r>
      <w:proofErr w:type="gramStart"/>
      <w:r>
        <w:rPr>
          <w:lang w:eastAsia="zh-CN"/>
        </w:rPr>
        <w:t>两个图片</w:t>
      </w:r>
      <w:proofErr w:type="gramEnd"/>
      <w:r>
        <w:rPr>
          <w:lang w:eastAsia="zh-CN"/>
        </w:rPr>
        <w:t>按钮：</w:t>
      </w:r>
    </w:p>
    <w:p w14:paraId="3EE84EAF" w14:textId="77777777" w:rsidR="004F5D62" w:rsidRDefault="00000000">
      <w:pPr>
        <w:pStyle w:val="a0"/>
        <w:rPr>
          <w:rFonts w:hint="eastAsia"/>
          <w:lang w:eastAsia="zh-CN"/>
        </w:rPr>
      </w:pPr>
      <w:r>
        <w:rPr>
          <w:lang w:eastAsia="zh-CN"/>
        </w:rPr>
        <w:t>新建日志：进入常规的</w:t>
      </w:r>
      <w:proofErr w:type="gramStart"/>
      <w:r>
        <w:rPr>
          <w:lang w:eastAsia="zh-CN"/>
        </w:rPr>
        <w:t>"分</w:t>
      </w:r>
      <w:proofErr w:type="gramEnd"/>
      <w:r>
        <w:rPr>
          <w:lang w:eastAsia="zh-CN"/>
        </w:rPr>
        <w:t>步</w:t>
      </w:r>
      <w:proofErr w:type="gramStart"/>
      <w:r>
        <w:rPr>
          <w:lang w:eastAsia="zh-CN"/>
        </w:rPr>
        <w:t>填写"</w:t>
      </w:r>
      <w:proofErr w:type="gramEnd"/>
      <w:r>
        <w:rPr>
          <w:lang w:eastAsia="zh-CN"/>
        </w:rPr>
        <w:t>编辑页，按步骤逐项录入。</w:t>
      </w:r>
    </w:p>
    <w:p w14:paraId="711F5FAB" w14:textId="77777777" w:rsidR="004F5D62" w:rsidRDefault="00000000">
      <w:pPr>
        <w:pStyle w:val="a0"/>
        <w:rPr>
          <w:rFonts w:hint="eastAsia"/>
          <w:lang w:eastAsia="zh-CN"/>
        </w:rPr>
      </w:pPr>
      <w:r>
        <w:rPr>
          <w:lang w:eastAsia="zh-CN"/>
        </w:rPr>
        <w:t>一键生成：进入</w:t>
      </w:r>
      <w:proofErr w:type="gramStart"/>
      <w:r>
        <w:rPr>
          <w:lang w:eastAsia="zh-CN"/>
        </w:rPr>
        <w:t>"一</w:t>
      </w:r>
      <w:proofErr w:type="gramEnd"/>
      <w:r>
        <w:rPr>
          <w:lang w:eastAsia="zh-CN"/>
        </w:rPr>
        <w:t>键</w:t>
      </w:r>
      <w:proofErr w:type="gramStart"/>
      <w:r>
        <w:rPr>
          <w:lang w:eastAsia="zh-CN"/>
        </w:rPr>
        <w:t>生成"</w:t>
      </w:r>
      <w:proofErr w:type="gramEnd"/>
      <w:r>
        <w:rPr>
          <w:lang w:eastAsia="zh-CN"/>
        </w:rPr>
        <w:t>页，由大模型根据上传/粘贴的内容自动生成日志。</w:t>
      </w:r>
    </w:p>
    <w:p w14:paraId="5BA629FE" w14:textId="7816A5F6" w:rsidR="004F5D62" w:rsidRDefault="00D3028C" w:rsidP="00D3028C">
      <w:pPr>
        <w:jc w:val="center"/>
        <w:rPr>
          <w:rFonts w:hint="eastAsia"/>
          <w:lang w:eastAsia="zh-CN"/>
        </w:rPr>
      </w:pPr>
      <w:r>
        <w:rPr>
          <w:noProof/>
        </w:rPr>
        <w:drawing>
          <wp:inline distT="0" distB="0" distL="0" distR="0" wp14:anchorId="17E9C5E1" wp14:editId="3A2763DC">
            <wp:extent cx="2884061" cy="3971925"/>
            <wp:effectExtent l="0" t="0" r="0" b="0"/>
            <wp:docPr id="1636885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85064" name=""/>
                    <pic:cNvPicPr/>
                  </pic:nvPicPr>
                  <pic:blipFill>
                    <a:blip r:embed="rId8"/>
                    <a:stretch>
                      <a:fillRect/>
                    </a:stretch>
                  </pic:blipFill>
                  <pic:spPr>
                    <a:xfrm>
                      <a:off x="0" y="0"/>
                      <a:ext cx="2892247" cy="3983199"/>
                    </a:xfrm>
                    <a:prstGeom prst="rect">
                      <a:avLst/>
                    </a:prstGeom>
                  </pic:spPr>
                </pic:pic>
              </a:graphicData>
            </a:graphic>
          </wp:inline>
        </w:drawing>
      </w:r>
    </w:p>
    <w:p w14:paraId="74F86A4C" w14:textId="77777777" w:rsidR="004F5D62" w:rsidRDefault="004F5D62">
      <w:pPr>
        <w:rPr>
          <w:rFonts w:hint="eastAsia"/>
          <w:lang w:eastAsia="zh-CN"/>
        </w:rPr>
      </w:pPr>
    </w:p>
    <w:p w14:paraId="7912DF84" w14:textId="77777777" w:rsidR="004F5D62" w:rsidRDefault="00000000">
      <w:pPr>
        <w:rPr>
          <w:rFonts w:hint="eastAsia"/>
          <w:lang w:eastAsia="zh-CN"/>
        </w:rPr>
      </w:pPr>
      <w:r>
        <w:rPr>
          <w:rFonts w:ascii="黑体" w:eastAsia="黑体" w:hAnsi="黑体"/>
          <w:b/>
          <w:color w:val="2B6CB0"/>
          <w:sz w:val="25"/>
          <w:lang w:eastAsia="zh-CN"/>
        </w:rPr>
        <w:t>3.3 草稿与正式稿</w:t>
      </w:r>
    </w:p>
    <w:p w14:paraId="6415B92C" w14:textId="77777777" w:rsidR="004F5D62" w:rsidRDefault="00000000">
      <w:pPr>
        <w:rPr>
          <w:rFonts w:hint="eastAsia"/>
          <w:lang w:eastAsia="zh-CN"/>
        </w:rPr>
      </w:pPr>
      <w:r>
        <w:rPr>
          <w:lang w:eastAsia="zh-CN"/>
        </w:rPr>
        <w:t>已保存的内容分为草稿与正式稿，点击时的行为不同：</w:t>
      </w:r>
    </w:p>
    <w:p w14:paraId="306DAE51" w14:textId="77777777" w:rsidR="004F5D62" w:rsidRDefault="00000000">
      <w:pPr>
        <w:pStyle w:val="a0"/>
        <w:rPr>
          <w:rFonts w:hint="eastAsia"/>
          <w:lang w:eastAsia="zh-CN"/>
        </w:rPr>
      </w:pPr>
      <w:r>
        <w:rPr>
          <w:lang w:eastAsia="zh-CN"/>
        </w:rPr>
        <w:t>分步填写保存的草稿：点击后进入分步填写编辑页继续编辑。</w:t>
      </w:r>
    </w:p>
    <w:p w14:paraId="7AC53163" w14:textId="77777777" w:rsidR="004F5D62" w:rsidRDefault="00000000">
      <w:pPr>
        <w:pStyle w:val="a0"/>
        <w:rPr>
          <w:rFonts w:hint="eastAsia"/>
          <w:lang w:eastAsia="zh-CN"/>
        </w:rPr>
      </w:pPr>
      <w:r>
        <w:rPr>
          <w:lang w:eastAsia="zh-CN"/>
        </w:rPr>
        <w:t>一键生成保存的草稿：点击后进入成稿编辑页（显示完整文本），可继续修改，直到点击</w:t>
      </w:r>
      <w:proofErr w:type="gramStart"/>
      <w:r>
        <w:rPr>
          <w:lang w:eastAsia="zh-CN"/>
        </w:rPr>
        <w:t>"保存"</w:t>
      </w:r>
      <w:proofErr w:type="gramEnd"/>
      <w:r>
        <w:rPr>
          <w:lang w:eastAsia="zh-CN"/>
        </w:rPr>
        <w:t>才成为正式稿。</w:t>
      </w:r>
    </w:p>
    <w:p w14:paraId="7A04AC9B" w14:textId="77777777" w:rsidR="004F5D62" w:rsidRDefault="00000000">
      <w:pPr>
        <w:pStyle w:val="a0"/>
        <w:rPr>
          <w:rFonts w:hint="eastAsia"/>
          <w:lang w:eastAsia="zh-CN"/>
        </w:rPr>
      </w:pPr>
      <w:r>
        <w:rPr>
          <w:lang w:eastAsia="zh-CN"/>
        </w:rPr>
        <w:lastRenderedPageBreak/>
        <w:t>正式稿：点击后进入预览页（只读展示）。</w:t>
      </w:r>
    </w:p>
    <w:p w14:paraId="205EAA13" w14:textId="77777777" w:rsidR="004F5D62" w:rsidRDefault="00000000">
      <w:pPr>
        <w:rPr>
          <w:rFonts w:hint="eastAsia"/>
          <w:lang w:eastAsia="zh-CN"/>
        </w:rPr>
      </w:pPr>
      <w:r>
        <w:rPr>
          <w:lang w:eastAsia="zh-CN"/>
        </w:rPr>
        <w:t>说明：一键生成的日志在保存之前始终为草稿状态，可反复进入修改；只有点击</w:t>
      </w:r>
      <w:proofErr w:type="gramStart"/>
      <w:r>
        <w:rPr>
          <w:lang w:eastAsia="zh-CN"/>
        </w:rPr>
        <w:t>"保存"</w:t>
      </w:r>
      <w:proofErr w:type="gramEnd"/>
      <w:r>
        <w:rPr>
          <w:lang w:eastAsia="zh-CN"/>
        </w:rPr>
        <w:t>才转为正式稿。</w:t>
      </w:r>
    </w:p>
    <w:p w14:paraId="6AAF66CD" w14:textId="77777777" w:rsidR="004F5D62" w:rsidRDefault="00000000">
      <w:pPr>
        <w:rPr>
          <w:rFonts w:hint="eastAsia"/>
          <w:lang w:eastAsia="zh-CN"/>
        </w:rPr>
      </w:pPr>
      <w:r>
        <w:rPr>
          <w:rFonts w:ascii="黑体" w:eastAsia="黑体" w:hAnsi="黑体"/>
          <w:b/>
          <w:color w:val="1A365D"/>
          <w:sz w:val="30"/>
          <w:lang w:eastAsia="zh-CN"/>
        </w:rPr>
        <w:t>四、分步填写监理日志</w:t>
      </w:r>
    </w:p>
    <w:p w14:paraId="6607C6BF" w14:textId="77777777" w:rsidR="004F5D62" w:rsidRDefault="00000000">
      <w:pPr>
        <w:rPr>
          <w:rFonts w:hint="eastAsia"/>
          <w:lang w:eastAsia="zh-CN"/>
        </w:rPr>
      </w:pPr>
      <w:r>
        <w:rPr>
          <w:lang w:eastAsia="zh-CN"/>
        </w:rPr>
        <w:t>分步填写按步骤向导进行，可通过</w:t>
      </w:r>
      <w:proofErr w:type="gramStart"/>
      <w:r>
        <w:rPr>
          <w:lang w:eastAsia="zh-CN"/>
        </w:rPr>
        <w:t>"上</w:t>
      </w:r>
      <w:proofErr w:type="gramEnd"/>
      <w:r>
        <w:rPr>
          <w:lang w:eastAsia="zh-CN"/>
        </w:rPr>
        <w:t xml:space="preserve">一步 / </w:t>
      </w:r>
      <w:proofErr w:type="gramStart"/>
      <w:r>
        <w:rPr>
          <w:lang w:eastAsia="zh-CN"/>
        </w:rPr>
        <w:t>下一步"</w:t>
      </w:r>
      <w:proofErr w:type="gramEnd"/>
      <w:r>
        <w:rPr>
          <w:lang w:eastAsia="zh-CN"/>
        </w:rPr>
        <w:t>在步骤间切换。各步骤说明如下。</w:t>
      </w:r>
    </w:p>
    <w:p w14:paraId="53608C64" w14:textId="77777777" w:rsidR="004F5D62" w:rsidRDefault="00000000">
      <w:pPr>
        <w:rPr>
          <w:rFonts w:hint="eastAsia"/>
          <w:lang w:eastAsia="zh-CN"/>
        </w:rPr>
      </w:pPr>
      <w:r>
        <w:rPr>
          <w:rFonts w:ascii="黑体" w:eastAsia="黑体" w:hAnsi="黑体"/>
          <w:b/>
          <w:color w:val="2B6CB0"/>
          <w:sz w:val="25"/>
          <w:lang w:eastAsia="zh-CN"/>
        </w:rPr>
        <w:t>4.1 第一步：施工情况</w:t>
      </w:r>
    </w:p>
    <w:p w14:paraId="39F6AD99" w14:textId="77777777" w:rsidR="004F5D62" w:rsidRDefault="00000000">
      <w:pPr>
        <w:rPr>
          <w:rFonts w:hint="eastAsia"/>
          <w:lang w:eastAsia="zh-CN"/>
        </w:rPr>
      </w:pPr>
      <w:r>
        <w:rPr>
          <w:lang w:eastAsia="zh-CN"/>
        </w:rPr>
        <w:t>本步骤记录当日施工基本要素：</w:t>
      </w:r>
    </w:p>
    <w:p w14:paraId="476E952F" w14:textId="77777777" w:rsidR="004F5D62" w:rsidRDefault="00000000">
      <w:pPr>
        <w:pStyle w:val="a0"/>
        <w:rPr>
          <w:rFonts w:hint="eastAsia"/>
          <w:lang w:eastAsia="zh-CN"/>
        </w:rPr>
      </w:pPr>
      <w:r>
        <w:rPr>
          <w:lang w:eastAsia="zh-CN"/>
        </w:rPr>
        <w:t>天气信息：日期、天气、气温、风力；点击「自动获取」可基于定位城市自动获取天气。</w:t>
      </w:r>
    </w:p>
    <w:p w14:paraId="785DF44D" w14:textId="77777777" w:rsidR="004F5D62" w:rsidRDefault="00000000">
      <w:pPr>
        <w:pStyle w:val="a0"/>
        <w:rPr>
          <w:rFonts w:hint="eastAsia"/>
          <w:lang w:eastAsia="zh-CN"/>
        </w:rPr>
      </w:pPr>
      <w:r>
        <w:rPr>
          <w:lang w:eastAsia="zh-CN"/>
        </w:rPr>
        <w:t>上传施工日志：点击「上传施工日志」后粘贴日志文本，系统调用大模型自动提取并填充施工部位、施工人数、投入机械、完成工序等字段（此功能消耗积分，详见第六章）。</w:t>
      </w:r>
    </w:p>
    <w:p w14:paraId="47723212" w14:textId="77777777" w:rsidR="004F5D62" w:rsidRDefault="00000000">
      <w:pPr>
        <w:pStyle w:val="a0"/>
        <w:rPr>
          <w:rFonts w:hint="eastAsia"/>
          <w:lang w:eastAsia="zh-CN"/>
        </w:rPr>
      </w:pPr>
      <w:r>
        <w:rPr>
          <w:lang w:eastAsia="zh-CN"/>
        </w:rPr>
        <w:t>也可手动填写施工部位、施工人员/管理人员数量、投入机械、今日完成工序等。</w:t>
      </w:r>
    </w:p>
    <w:p w14:paraId="02F7BF60" w14:textId="177DA26C" w:rsidR="004F5D62" w:rsidRDefault="00D3028C">
      <w:pPr>
        <w:rPr>
          <w:rFonts w:hint="eastAsia"/>
          <w:lang w:eastAsia="zh-CN"/>
        </w:rPr>
      </w:pPr>
      <w:r>
        <w:rPr>
          <w:noProof/>
        </w:rPr>
        <w:drawing>
          <wp:inline distT="0" distB="0" distL="0" distR="0" wp14:anchorId="1D95567C" wp14:editId="4C8B52C6">
            <wp:extent cx="2227265" cy="2257425"/>
            <wp:effectExtent l="0" t="0" r="1905" b="0"/>
            <wp:docPr id="949531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31171" name=""/>
                    <pic:cNvPicPr/>
                  </pic:nvPicPr>
                  <pic:blipFill>
                    <a:blip r:embed="rId9"/>
                    <a:stretch>
                      <a:fillRect/>
                    </a:stretch>
                  </pic:blipFill>
                  <pic:spPr>
                    <a:xfrm>
                      <a:off x="0" y="0"/>
                      <a:ext cx="2234249" cy="2264504"/>
                    </a:xfrm>
                    <a:prstGeom prst="rect">
                      <a:avLst/>
                    </a:prstGeom>
                  </pic:spPr>
                </pic:pic>
              </a:graphicData>
            </a:graphic>
          </wp:inline>
        </w:drawing>
      </w:r>
      <w:r w:rsidR="008717EE">
        <w:rPr>
          <w:rFonts w:hint="eastAsia"/>
          <w:lang w:eastAsia="zh-CN"/>
        </w:rPr>
        <w:t xml:space="preserve">     </w:t>
      </w:r>
      <w:r w:rsidR="008717EE">
        <w:rPr>
          <w:noProof/>
        </w:rPr>
        <w:drawing>
          <wp:inline distT="0" distB="0" distL="0" distR="0" wp14:anchorId="72E7BF9F" wp14:editId="57018688">
            <wp:extent cx="2533650" cy="3442128"/>
            <wp:effectExtent l="0" t="0" r="0" b="6350"/>
            <wp:docPr id="9995757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75754" name=""/>
                    <pic:cNvPicPr/>
                  </pic:nvPicPr>
                  <pic:blipFill>
                    <a:blip r:embed="rId10"/>
                    <a:stretch>
                      <a:fillRect/>
                    </a:stretch>
                  </pic:blipFill>
                  <pic:spPr>
                    <a:xfrm>
                      <a:off x="0" y="0"/>
                      <a:ext cx="2550205" cy="3464619"/>
                    </a:xfrm>
                    <a:prstGeom prst="rect">
                      <a:avLst/>
                    </a:prstGeom>
                  </pic:spPr>
                </pic:pic>
              </a:graphicData>
            </a:graphic>
          </wp:inline>
        </w:drawing>
      </w:r>
    </w:p>
    <w:p w14:paraId="6A68A777" w14:textId="77777777" w:rsidR="004F5D62" w:rsidRDefault="004F5D62">
      <w:pPr>
        <w:rPr>
          <w:rFonts w:hint="eastAsia"/>
          <w:lang w:eastAsia="zh-CN"/>
        </w:rPr>
      </w:pPr>
    </w:p>
    <w:p w14:paraId="4BED6203" w14:textId="77777777" w:rsidR="004F5D62" w:rsidRDefault="00000000">
      <w:pPr>
        <w:rPr>
          <w:rFonts w:hint="eastAsia"/>
          <w:lang w:eastAsia="zh-CN"/>
        </w:rPr>
      </w:pPr>
      <w:r>
        <w:rPr>
          <w:rFonts w:ascii="黑体" w:eastAsia="黑体" w:hAnsi="黑体"/>
          <w:b/>
          <w:color w:val="2B6CB0"/>
          <w:sz w:val="25"/>
          <w:lang w:eastAsia="zh-CN"/>
        </w:rPr>
        <w:t>4.2 第二步：监理工作</w:t>
      </w:r>
    </w:p>
    <w:p w14:paraId="6CD5E880" w14:textId="77777777" w:rsidR="004F5D62" w:rsidRDefault="00000000">
      <w:pPr>
        <w:rPr>
          <w:rFonts w:hint="eastAsia"/>
          <w:lang w:eastAsia="zh-CN"/>
        </w:rPr>
      </w:pPr>
      <w:r>
        <w:rPr>
          <w:lang w:eastAsia="zh-CN"/>
        </w:rPr>
        <w:t>本步骤固定包含五类监理工作输入框：巡视、旁站、见证取样、验收、安全监理。</w:t>
      </w:r>
    </w:p>
    <w:p w14:paraId="6545676A" w14:textId="78042C5E" w:rsidR="004F5D62" w:rsidRDefault="00000000">
      <w:pPr>
        <w:rPr>
          <w:rFonts w:hint="eastAsia"/>
          <w:lang w:eastAsia="zh-CN"/>
        </w:rPr>
      </w:pPr>
      <w:r>
        <w:rPr>
          <w:lang w:eastAsia="zh-CN"/>
        </w:rPr>
        <w:lastRenderedPageBreak/>
        <w:t>点击「一键生成」按钮，系统将按五类分别生成监理工作重点并填入对应输入框。该功能消耗积分。</w:t>
      </w:r>
    </w:p>
    <w:p w14:paraId="329D4385" w14:textId="7CBD77B1" w:rsidR="004F5D62" w:rsidRDefault="008717EE" w:rsidP="008717EE">
      <w:pPr>
        <w:jc w:val="center"/>
        <w:rPr>
          <w:rFonts w:hint="eastAsia"/>
        </w:rPr>
      </w:pPr>
      <w:r>
        <w:rPr>
          <w:noProof/>
        </w:rPr>
        <w:drawing>
          <wp:inline distT="0" distB="0" distL="0" distR="0" wp14:anchorId="0BA5C733" wp14:editId="1D67B127">
            <wp:extent cx="2461171" cy="4929188"/>
            <wp:effectExtent l="0" t="0" r="0" b="5080"/>
            <wp:docPr id="2122767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767109" name=""/>
                    <pic:cNvPicPr/>
                  </pic:nvPicPr>
                  <pic:blipFill>
                    <a:blip r:embed="rId11"/>
                    <a:stretch>
                      <a:fillRect/>
                    </a:stretch>
                  </pic:blipFill>
                  <pic:spPr>
                    <a:xfrm>
                      <a:off x="0" y="0"/>
                      <a:ext cx="2466306" cy="4939473"/>
                    </a:xfrm>
                    <a:prstGeom prst="rect">
                      <a:avLst/>
                    </a:prstGeom>
                  </pic:spPr>
                </pic:pic>
              </a:graphicData>
            </a:graphic>
          </wp:inline>
        </w:drawing>
      </w:r>
    </w:p>
    <w:p w14:paraId="59529019" w14:textId="77777777" w:rsidR="004F5D62" w:rsidRDefault="004F5D62">
      <w:pPr>
        <w:rPr>
          <w:rFonts w:hint="eastAsia"/>
          <w:lang w:eastAsia="zh-CN"/>
        </w:rPr>
      </w:pPr>
    </w:p>
    <w:p w14:paraId="4F6F0338" w14:textId="77777777" w:rsidR="004F5D62" w:rsidRDefault="00000000">
      <w:pPr>
        <w:rPr>
          <w:rFonts w:hint="eastAsia"/>
          <w:lang w:eastAsia="zh-CN"/>
        </w:rPr>
      </w:pPr>
      <w:r>
        <w:rPr>
          <w:rFonts w:ascii="黑体" w:eastAsia="黑体" w:hAnsi="黑体"/>
          <w:b/>
          <w:color w:val="2B6CB0"/>
          <w:sz w:val="25"/>
          <w:lang w:eastAsia="zh-CN"/>
        </w:rPr>
        <w:t>4.3 第三步：监理指令</w:t>
      </w:r>
    </w:p>
    <w:p w14:paraId="70DB6A03" w14:textId="189AE194" w:rsidR="004F5D62" w:rsidRDefault="00000000">
      <w:pPr>
        <w:rPr>
          <w:rFonts w:hint="eastAsia"/>
          <w:lang w:eastAsia="zh-CN"/>
        </w:rPr>
      </w:pPr>
      <w:r>
        <w:rPr>
          <w:lang w:eastAsia="zh-CN"/>
        </w:rPr>
        <w:t>本步骤为文本输入框，用于记录当日下发的监理指令/通知单情况。</w:t>
      </w:r>
    </w:p>
    <w:p w14:paraId="2C7ED9CC" w14:textId="1E5688AB" w:rsidR="004F5D62" w:rsidRDefault="00000000">
      <w:pPr>
        <w:rPr>
          <w:rFonts w:hint="eastAsia"/>
          <w:lang w:eastAsia="zh-CN"/>
        </w:rPr>
      </w:pPr>
      <w:r>
        <w:rPr>
          <w:lang w:eastAsia="zh-CN"/>
        </w:rPr>
        <w:t>点击「自动生成」按钮：可连续上传多份监理通知单照片（相机拍摄或相册选择），系统对照片进行文字识别后交由大模型生成当日监理指令的简明总结。该功能消耗积分。</w:t>
      </w:r>
    </w:p>
    <w:p w14:paraId="19761F62" w14:textId="77777777" w:rsidR="004F5D62" w:rsidRDefault="004F5D62">
      <w:pPr>
        <w:rPr>
          <w:rFonts w:hint="eastAsia"/>
          <w:lang w:eastAsia="zh-CN"/>
        </w:rPr>
      </w:pPr>
    </w:p>
    <w:p w14:paraId="446834C6" w14:textId="2989258E" w:rsidR="004F5D62" w:rsidRDefault="008717EE">
      <w:pPr>
        <w:rPr>
          <w:rFonts w:hint="eastAsia"/>
          <w:lang w:eastAsia="zh-CN"/>
        </w:rPr>
      </w:pPr>
      <w:r>
        <w:rPr>
          <w:noProof/>
        </w:rPr>
        <w:lastRenderedPageBreak/>
        <w:drawing>
          <wp:inline distT="0" distB="0" distL="0" distR="0" wp14:anchorId="34213E4E" wp14:editId="5E8764CF">
            <wp:extent cx="2400300" cy="3269574"/>
            <wp:effectExtent l="0" t="0" r="0" b="7620"/>
            <wp:docPr id="16344500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50054" name=""/>
                    <pic:cNvPicPr/>
                  </pic:nvPicPr>
                  <pic:blipFill>
                    <a:blip r:embed="rId12"/>
                    <a:stretch>
                      <a:fillRect/>
                    </a:stretch>
                  </pic:blipFill>
                  <pic:spPr>
                    <a:xfrm>
                      <a:off x="0" y="0"/>
                      <a:ext cx="2409359" cy="3281914"/>
                    </a:xfrm>
                    <a:prstGeom prst="rect">
                      <a:avLst/>
                    </a:prstGeom>
                  </pic:spPr>
                </pic:pic>
              </a:graphicData>
            </a:graphic>
          </wp:inline>
        </w:drawing>
      </w:r>
      <w:r>
        <w:rPr>
          <w:rFonts w:hint="eastAsia"/>
          <w:lang w:eastAsia="zh-CN"/>
        </w:rPr>
        <w:t xml:space="preserve">  </w:t>
      </w:r>
      <w:r>
        <w:rPr>
          <w:noProof/>
        </w:rPr>
        <w:drawing>
          <wp:inline distT="0" distB="0" distL="0" distR="0" wp14:anchorId="0000058C" wp14:editId="5CBA70EC">
            <wp:extent cx="2771775" cy="1738134"/>
            <wp:effectExtent l="0" t="0" r="0" b="0"/>
            <wp:docPr id="10765161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16113" name=""/>
                    <pic:cNvPicPr/>
                  </pic:nvPicPr>
                  <pic:blipFill>
                    <a:blip r:embed="rId13"/>
                    <a:stretch>
                      <a:fillRect/>
                    </a:stretch>
                  </pic:blipFill>
                  <pic:spPr>
                    <a:xfrm>
                      <a:off x="0" y="0"/>
                      <a:ext cx="2788605" cy="1748688"/>
                    </a:xfrm>
                    <a:prstGeom prst="rect">
                      <a:avLst/>
                    </a:prstGeom>
                  </pic:spPr>
                </pic:pic>
              </a:graphicData>
            </a:graphic>
          </wp:inline>
        </w:drawing>
      </w:r>
    </w:p>
    <w:p w14:paraId="6CBD73E2" w14:textId="77777777" w:rsidR="004F5D62" w:rsidRDefault="00000000">
      <w:pPr>
        <w:rPr>
          <w:rFonts w:hint="eastAsia"/>
          <w:lang w:eastAsia="zh-CN"/>
        </w:rPr>
      </w:pPr>
      <w:r>
        <w:rPr>
          <w:rFonts w:ascii="黑体" w:eastAsia="黑体" w:hAnsi="黑体"/>
          <w:b/>
          <w:color w:val="2B6CB0"/>
          <w:sz w:val="25"/>
          <w:lang w:eastAsia="zh-CN"/>
        </w:rPr>
        <w:t>4.4 第四步：存在问题及处理</w:t>
      </w:r>
    </w:p>
    <w:p w14:paraId="3B138AC8" w14:textId="77777777" w:rsidR="004F5D62" w:rsidRDefault="00000000">
      <w:pPr>
        <w:rPr>
          <w:rFonts w:hint="eastAsia"/>
          <w:lang w:eastAsia="zh-CN"/>
        </w:rPr>
      </w:pPr>
      <w:r>
        <w:rPr>
          <w:lang w:eastAsia="zh-CN"/>
        </w:rPr>
        <w:t>本步骤为文本输入框，记录巡视中发现的质量或安全问题及整改落实情况。</w:t>
      </w:r>
    </w:p>
    <w:p w14:paraId="77BFE0DC" w14:textId="78C5BE11" w:rsidR="004F5D62" w:rsidRDefault="00000000">
      <w:pPr>
        <w:rPr>
          <w:rFonts w:hint="eastAsia"/>
          <w:lang w:eastAsia="zh-CN"/>
        </w:rPr>
      </w:pPr>
      <w:r>
        <w:rPr>
          <w:lang w:eastAsia="zh-CN"/>
        </w:rPr>
        <w:t>点击「自动生成」按钮，系统将生成存在问题及处理。该功能消耗积分。</w:t>
      </w:r>
    </w:p>
    <w:p w14:paraId="17225FB2" w14:textId="2E7EE312" w:rsidR="004F5D62" w:rsidRDefault="008717EE" w:rsidP="008717EE">
      <w:pPr>
        <w:jc w:val="center"/>
        <w:rPr>
          <w:rFonts w:hint="eastAsia"/>
          <w:lang w:eastAsia="zh-CN"/>
        </w:rPr>
      </w:pPr>
      <w:r>
        <w:rPr>
          <w:noProof/>
        </w:rPr>
        <w:drawing>
          <wp:inline distT="0" distB="0" distL="0" distR="0" wp14:anchorId="54D9FA29" wp14:editId="5CEB9CB1">
            <wp:extent cx="2411258" cy="3152775"/>
            <wp:effectExtent l="0" t="0" r="8255" b="0"/>
            <wp:docPr id="2622529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52936" name=""/>
                    <pic:cNvPicPr/>
                  </pic:nvPicPr>
                  <pic:blipFill>
                    <a:blip r:embed="rId14"/>
                    <a:stretch>
                      <a:fillRect/>
                    </a:stretch>
                  </pic:blipFill>
                  <pic:spPr>
                    <a:xfrm>
                      <a:off x="0" y="0"/>
                      <a:ext cx="2424121" cy="3169593"/>
                    </a:xfrm>
                    <a:prstGeom prst="rect">
                      <a:avLst/>
                    </a:prstGeom>
                  </pic:spPr>
                </pic:pic>
              </a:graphicData>
            </a:graphic>
          </wp:inline>
        </w:drawing>
      </w:r>
    </w:p>
    <w:p w14:paraId="06481918" w14:textId="77777777" w:rsidR="004F5D62" w:rsidRDefault="004F5D62">
      <w:pPr>
        <w:rPr>
          <w:rFonts w:hint="eastAsia"/>
          <w:lang w:eastAsia="zh-CN"/>
        </w:rPr>
      </w:pPr>
    </w:p>
    <w:p w14:paraId="16F7702F" w14:textId="77777777" w:rsidR="004F5D62" w:rsidRDefault="00000000">
      <w:pPr>
        <w:rPr>
          <w:rFonts w:hint="eastAsia"/>
          <w:lang w:eastAsia="zh-CN"/>
        </w:rPr>
      </w:pPr>
      <w:r>
        <w:rPr>
          <w:rFonts w:ascii="黑体" w:eastAsia="黑体" w:hAnsi="黑体"/>
          <w:b/>
          <w:color w:val="2B6CB0"/>
          <w:sz w:val="25"/>
          <w:lang w:eastAsia="zh-CN"/>
        </w:rPr>
        <w:lastRenderedPageBreak/>
        <w:t>4.5 第五步：明日监理重点</w:t>
      </w:r>
    </w:p>
    <w:p w14:paraId="2D9772F9" w14:textId="77777777" w:rsidR="004F5D62" w:rsidRDefault="00000000">
      <w:pPr>
        <w:rPr>
          <w:rFonts w:hint="eastAsia"/>
          <w:lang w:eastAsia="zh-CN"/>
        </w:rPr>
      </w:pPr>
      <w:r>
        <w:rPr>
          <w:lang w:eastAsia="zh-CN"/>
        </w:rPr>
        <w:t>本步骤为文本输入框，记录次日监理工作重点。</w:t>
      </w:r>
    </w:p>
    <w:p w14:paraId="26228144" w14:textId="55E725D7" w:rsidR="004F5D62" w:rsidRDefault="00000000">
      <w:pPr>
        <w:rPr>
          <w:rFonts w:hint="eastAsia"/>
          <w:lang w:eastAsia="zh-CN"/>
        </w:rPr>
      </w:pPr>
      <w:r>
        <w:rPr>
          <w:lang w:eastAsia="zh-CN"/>
        </w:rPr>
        <w:t>点击「上传施工计划」按钮，粘贴明日施工计划文本，系统据此生成明日监理重点。该功能消耗积分。</w:t>
      </w:r>
    </w:p>
    <w:p w14:paraId="14C5DA22" w14:textId="1F93ABB9" w:rsidR="004F5D62" w:rsidRDefault="008717EE" w:rsidP="008717EE">
      <w:pPr>
        <w:jc w:val="center"/>
        <w:rPr>
          <w:rFonts w:hint="eastAsia"/>
          <w:lang w:eastAsia="zh-CN"/>
        </w:rPr>
      </w:pPr>
      <w:r>
        <w:rPr>
          <w:noProof/>
        </w:rPr>
        <w:drawing>
          <wp:inline distT="0" distB="0" distL="0" distR="0" wp14:anchorId="7F2F9951" wp14:editId="6EDDCF61">
            <wp:extent cx="2869768" cy="4038600"/>
            <wp:effectExtent l="0" t="0" r="6985" b="0"/>
            <wp:docPr id="2718769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76904" name=""/>
                    <pic:cNvPicPr/>
                  </pic:nvPicPr>
                  <pic:blipFill>
                    <a:blip r:embed="rId15"/>
                    <a:stretch>
                      <a:fillRect/>
                    </a:stretch>
                  </pic:blipFill>
                  <pic:spPr>
                    <a:xfrm>
                      <a:off x="0" y="0"/>
                      <a:ext cx="2871461" cy="4040983"/>
                    </a:xfrm>
                    <a:prstGeom prst="rect">
                      <a:avLst/>
                    </a:prstGeom>
                  </pic:spPr>
                </pic:pic>
              </a:graphicData>
            </a:graphic>
          </wp:inline>
        </w:drawing>
      </w:r>
    </w:p>
    <w:p w14:paraId="5278AD21" w14:textId="77777777" w:rsidR="004F5D62" w:rsidRDefault="004F5D62">
      <w:pPr>
        <w:rPr>
          <w:rFonts w:hint="eastAsia"/>
          <w:lang w:eastAsia="zh-CN"/>
        </w:rPr>
      </w:pPr>
    </w:p>
    <w:p w14:paraId="7A969C6F" w14:textId="77777777" w:rsidR="004F5D62" w:rsidRDefault="00000000">
      <w:pPr>
        <w:rPr>
          <w:rFonts w:hint="eastAsia"/>
          <w:lang w:eastAsia="zh-CN"/>
        </w:rPr>
      </w:pPr>
      <w:r>
        <w:rPr>
          <w:rFonts w:ascii="黑体" w:eastAsia="黑体" w:hAnsi="黑体"/>
          <w:b/>
          <w:color w:val="2B6CB0"/>
          <w:sz w:val="25"/>
          <w:lang w:eastAsia="zh-CN"/>
        </w:rPr>
        <w:t>4.6 第六步：其他事项</w:t>
      </w:r>
    </w:p>
    <w:p w14:paraId="7EFC392B" w14:textId="77777777" w:rsidR="004F5D62" w:rsidRDefault="00000000">
      <w:pPr>
        <w:rPr>
          <w:rFonts w:hint="eastAsia"/>
          <w:lang w:eastAsia="zh-CN"/>
        </w:rPr>
      </w:pPr>
      <w:r>
        <w:rPr>
          <w:lang w:eastAsia="zh-CN"/>
        </w:rPr>
        <w:t>本步骤为文本输入框，记录以上未涵盖的其他事项。</w:t>
      </w:r>
    </w:p>
    <w:p w14:paraId="2D2A27B9" w14:textId="77777777" w:rsidR="004F5D62" w:rsidRDefault="00000000">
      <w:pPr>
        <w:rPr>
          <w:rFonts w:hint="eastAsia"/>
          <w:lang w:eastAsia="zh-CN"/>
        </w:rPr>
      </w:pPr>
      <w:r>
        <w:rPr>
          <w:rFonts w:ascii="黑体" w:eastAsia="黑体" w:hAnsi="黑体"/>
          <w:b/>
          <w:color w:val="2B6CB0"/>
          <w:sz w:val="25"/>
          <w:lang w:eastAsia="zh-CN"/>
        </w:rPr>
        <w:t>4.7 保存与预览</w:t>
      </w:r>
    </w:p>
    <w:p w14:paraId="4542BCD9" w14:textId="77777777" w:rsidR="004F5D62" w:rsidRDefault="00000000">
      <w:pPr>
        <w:rPr>
          <w:rFonts w:hint="eastAsia"/>
          <w:lang w:eastAsia="zh-CN"/>
        </w:rPr>
      </w:pPr>
      <w:r>
        <w:rPr>
          <w:lang w:eastAsia="zh-CN"/>
        </w:rPr>
        <w:t>页面底部提供操作按钮：</w:t>
      </w:r>
    </w:p>
    <w:p w14:paraId="2C53A61A" w14:textId="77777777" w:rsidR="004F5D62" w:rsidRDefault="00000000">
      <w:pPr>
        <w:pStyle w:val="a0"/>
        <w:rPr>
          <w:rFonts w:hint="eastAsia"/>
          <w:lang w:eastAsia="zh-CN"/>
        </w:rPr>
      </w:pPr>
      <w:r>
        <w:rPr>
          <w:lang w:eastAsia="zh-CN"/>
        </w:rPr>
        <w:t>保存草稿：将当前内容暂存为草稿，可后续继续编辑。</w:t>
      </w:r>
    </w:p>
    <w:p w14:paraId="2018020C" w14:textId="77777777" w:rsidR="004F5D62" w:rsidRDefault="00000000">
      <w:pPr>
        <w:pStyle w:val="a0"/>
        <w:rPr>
          <w:rFonts w:hint="eastAsia"/>
          <w:lang w:eastAsia="zh-CN"/>
        </w:rPr>
      </w:pPr>
      <w:r>
        <w:rPr>
          <w:lang w:eastAsia="zh-CN"/>
        </w:rPr>
        <w:t>保存并预览：保存并跳转到预览页查看完整成稿效果。</w:t>
      </w:r>
    </w:p>
    <w:p w14:paraId="54134E97" w14:textId="77777777" w:rsidR="004F5D62" w:rsidRDefault="00000000">
      <w:pPr>
        <w:rPr>
          <w:rFonts w:hint="eastAsia"/>
          <w:lang w:eastAsia="zh-CN"/>
        </w:rPr>
      </w:pPr>
      <w:r>
        <w:rPr>
          <w:lang w:eastAsia="zh-CN"/>
        </w:rPr>
        <w:t>正式稿由文档头部（工程名称、建设单位、监理单位、施工单位、日期、天气）与正文（五大板块）以及末尾落款（记录人、审核人）组成。</w:t>
      </w:r>
    </w:p>
    <w:p w14:paraId="03BAD498" w14:textId="77777777" w:rsidR="004F5D62" w:rsidRDefault="00000000">
      <w:pPr>
        <w:rPr>
          <w:rFonts w:hint="eastAsia"/>
          <w:lang w:eastAsia="zh-CN"/>
        </w:rPr>
      </w:pPr>
      <w:r>
        <w:rPr>
          <w:rFonts w:ascii="黑体" w:eastAsia="黑体" w:hAnsi="黑体"/>
          <w:b/>
          <w:color w:val="1A365D"/>
          <w:sz w:val="30"/>
          <w:lang w:eastAsia="zh-CN"/>
        </w:rPr>
        <w:lastRenderedPageBreak/>
        <w:t>五、一键生成监理日志</w:t>
      </w:r>
    </w:p>
    <w:p w14:paraId="317A879D" w14:textId="77777777" w:rsidR="004F5D62" w:rsidRDefault="00000000">
      <w:pPr>
        <w:rPr>
          <w:rFonts w:hint="eastAsia"/>
          <w:lang w:eastAsia="zh-CN"/>
        </w:rPr>
      </w:pPr>
      <w:r>
        <w:rPr>
          <w:rFonts w:ascii="黑体" w:eastAsia="黑体" w:hAnsi="黑体"/>
          <w:b/>
          <w:color w:val="2B6CB0"/>
          <w:sz w:val="25"/>
          <w:lang w:eastAsia="zh-CN"/>
        </w:rPr>
        <w:t>5.1 进入方式</w:t>
      </w:r>
    </w:p>
    <w:p w14:paraId="44B154F2" w14:textId="4FCF7378" w:rsidR="004F5D62" w:rsidRDefault="00000000">
      <w:pPr>
        <w:rPr>
          <w:rFonts w:hint="eastAsia"/>
          <w:lang w:eastAsia="zh-CN"/>
        </w:rPr>
      </w:pPr>
      <w:r>
        <w:rPr>
          <w:lang w:eastAsia="zh-CN"/>
        </w:rPr>
        <w:t>在项目的日志列表页点击「一键生成」按钮进入本页面。</w:t>
      </w:r>
    </w:p>
    <w:p w14:paraId="6214A99E" w14:textId="77777777" w:rsidR="004F5D62" w:rsidRDefault="00000000">
      <w:pPr>
        <w:rPr>
          <w:rFonts w:hint="eastAsia"/>
          <w:lang w:eastAsia="zh-CN"/>
        </w:rPr>
      </w:pPr>
      <w:r>
        <w:rPr>
          <w:rFonts w:ascii="黑体" w:eastAsia="黑体" w:hAnsi="黑体"/>
          <w:b/>
          <w:color w:val="2B6CB0"/>
          <w:sz w:val="25"/>
          <w:lang w:eastAsia="zh-CN"/>
        </w:rPr>
        <w:t>5.2 填写内容</w:t>
      </w:r>
    </w:p>
    <w:p w14:paraId="4DBC0D35" w14:textId="77777777" w:rsidR="004F5D62" w:rsidRDefault="00000000">
      <w:pPr>
        <w:rPr>
          <w:rFonts w:hint="eastAsia"/>
          <w:lang w:eastAsia="zh-CN"/>
        </w:rPr>
      </w:pPr>
      <w:r>
        <w:rPr>
          <w:lang w:eastAsia="zh-CN"/>
        </w:rPr>
        <w:t>页面包含以下区域（从上到下）：</w:t>
      </w:r>
    </w:p>
    <w:p w14:paraId="425378EE" w14:textId="77777777" w:rsidR="004F5D62" w:rsidRDefault="00000000">
      <w:pPr>
        <w:pStyle w:val="a0"/>
        <w:rPr>
          <w:rFonts w:hint="eastAsia"/>
          <w:lang w:eastAsia="zh-CN"/>
        </w:rPr>
      </w:pPr>
      <w:r>
        <w:rPr>
          <w:lang w:eastAsia="zh-CN"/>
        </w:rPr>
        <w:t>天气信息：可点「自动获取」或手动填写日期、天气、气温、风力。</w:t>
      </w:r>
    </w:p>
    <w:p w14:paraId="175311AA" w14:textId="77777777" w:rsidR="004F5D62" w:rsidRDefault="00000000">
      <w:pPr>
        <w:pStyle w:val="a0"/>
        <w:rPr>
          <w:rFonts w:hint="eastAsia"/>
          <w:lang w:eastAsia="zh-CN"/>
        </w:rPr>
      </w:pPr>
      <w:r>
        <w:rPr>
          <w:lang w:eastAsia="zh-CN"/>
        </w:rPr>
        <w:t>施工日志内容：粘贴今日施工日志文本（必填，作为生成的主要依据）。</w:t>
      </w:r>
    </w:p>
    <w:p w14:paraId="68D95A02" w14:textId="15A7EDC4" w:rsidR="004F5D62" w:rsidRDefault="00000000">
      <w:pPr>
        <w:pStyle w:val="a0"/>
        <w:rPr>
          <w:rFonts w:hint="eastAsia"/>
          <w:lang w:eastAsia="zh-CN"/>
        </w:rPr>
      </w:pPr>
      <w:r>
        <w:rPr>
          <w:lang w:eastAsia="zh-CN"/>
        </w:rPr>
        <w:t>监理通知单（</w:t>
      </w:r>
      <w:r w:rsidR="0093634D">
        <w:rPr>
          <w:rFonts w:hint="eastAsia"/>
          <w:lang w:eastAsia="zh-CN"/>
        </w:rPr>
        <w:t>选填</w:t>
      </w:r>
      <w:r>
        <w:rPr>
          <w:lang w:eastAsia="zh-CN"/>
        </w:rPr>
        <w:t>）：上传一张或多张通知单照片，系统识别文字后用于生成监理指令；如未提供，成稿中不显示</w:t>
      </w:r>
      <w:proofErr w:type="gramStart"/>
      <w:r>
        <w:rPr>
          <w:lang w:eastAsia="zh-CN"/>
        </w:rPr>
        <w:t>"监理指令"</w:t>
      </w:r>
      <w:proofErr w:type="gramEnd"/>
      <w:r>
        <w:rPr>
          <w:lang w:eastAsia="zh-CN"/>
        </w:rPr>
        <w:t>部分。</w:t>
      </w:r>
    </w:p>
    <w:p w14:paraId="755EE1DB" w14:textId="77777777" w:rsidR="004F5D62" w:rsidRDefault="00000000">
      <w:pPr>
        <w:pStyle w:val="a0"/>
        <w:rPr>
          <w:rFonts w:hint="eastAsia"/>
          <w:lang w:eastAsia="zh-CN"/>
        </w:rPr>
      </w:pPr>
      <w:r>
        <w:rPr>
          <w:lang w:eastAsia="zh-CN"/>
        </w:rPr>
        <w:t>明日施工计划（选填）：粘贴明日施工计划文本；如未提供，成稿中不显示</w:t>
      </w:r>
      <w:proofErr w:type="gramStart"/>
      <w:r>
        <w:rPr>
          <w:lang w:eastAsia="zh-CN"/>
        </w:rPr>
        <w:t>"明日</w:t>
      </w:r>
      <w:proofErr w:type="gramEnd"/>
      <w:r>
        <w:rPr>
          <w:lang w:eastAsia="zh-CN"/>
        </w:rPr>
        <w:t>监理</w:t>
      </w:r>
      <w:proofErr w:type="gramStart"/>
      <w:r>
        <w:rPr>
          <w:lang w:eastAsia="zh-CN"/>
        </w:rPr>
        <w:t>重点"</w:t>
      </w:r>
      <w:proofErr w:type="gramEnd"/>
      <w:r>
        <w:rPr>
          <w:lang w:eastAsia="zh-CN"/>
        </w:rPr>
        <w:t>部分。</w:t>
      </w:r>
    </w:p>
    <w:p w14:paraId="540B744F" w14:textId="5947E448" w:rsidR="004F5D62" w:rsidRDefault="008717EE" w:rsidP="008717EE">
      <w:pPr>
        <w:jc w:val="center"/>
        <w:rPr>
          <w:rFonts w:hint="eastAsia"/>
          <w:lang w:eastAsia="zh-CN"/>
        </w:rPr>
      </w:pPr>
      <w:r>
        <w:rPr>
          <w:noProof/>
        </w:rPr>
        <w:drawing>
          <wp:inline distT="0" distB="0" distL="0" distR="0" wp14:anchorId="360D81F6" wp14:editId="41FFA64A">
            <wp:extent cx="2243138" cy="4566614"/>
            <wp:effectExtent l="0" t="0" r="5080" b="5715"/>
            <wp:docPr id="110303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3461" name=""/>
                    <pic:cNvPicPr/>
                  </pic:nvPicPr>
                  <pic:blipFill>
                    <a:blip r:embed="rId16"/>
                    <a:stretch>
                      <a:fillRect/>
                    </a:stretch>
                  </pic:blipFill>
                  <pic:spPr>
                    <a:xfrm>
                      <a:off x="0" y="0"/>
                      <a:ext cx="2252230" cy="4585124"/>
                    </a:xfrm>
                    <a:prstGeom prst="rect">
                      <a:avLst/>
                    </a:prstGeom>
                  </pic:spPr>
                </pic:pic>
              </a:graphicData>
            </a:graphic>
          </wp:inline>
        </w:drawing>
      </w:r>
    </w:p>
    <w:p w14:paraId="48E3F80C" w14:textId="77777777" w:rsidR="004F5D62" w:rsidRDefault="004F5D62">
      <w:pPr>
        <w:rPr>
          <w:rFonts w:hint="eastAsia"/>
          <w:lang w:eastAsia="zh-CN"/>
        </w:rPr>
      </w:pPr>
    </w:p>
    <w:p w14:paraId="6CAFC04B" w14:textId="77777777" w:rsidR="004F5D62" w:rsidRDefault="00000000">
      <w:pPr>
        <w:rPr>
          <w:rFonts w:hint="eastAsia"/>
          <w:lang w:eastAsia="zh-CN"/>
        </w:rPr>
      </w:pPr>
      <w:r>
        <w:rPr>
          <w:rFonts w:ascii="黑体" w:eastAsia="黑体" w:hAnsi="黑体"/>
          <w:b/>
          <w:color w:val="2B6CB0"/>
          <w:sz w:val="25"/>
          <w:lang w:eastAsia="zh-CN"/>
        </w:rPr>
        <w:lastRenderedPageBreak/>
        <w:t>5.3 生成与编辑</w:t>
      </w:r>
    </w:p>
    <w:p w14:paraId="2D70F894" w14:textId="77777777" w:rsidR="004F5D62" w:rsidRDefault="00000000">
      <w:pPr>
        <w:rPr>
          <w:rFonts w:hint="eastAsia"/>
          <w:lang w:eastAsia="zh-CN"/>
        </w:rPr>
      </w:pPr>
      <w:r>
        <w:rPr>
          <w:lang w:eastAsia="zh-CN"/>
        </w:rPr>
        <w:t>点击「一键生成监理日志」（消耗 10 积分），系统先识别通知单照片（如有），再将施工日志、通知单文字、明日计划一并传递给大模型，由其按规范格式一次性生成完整监理日志（含今日施工内容、监理工作、监理指令、存在问题及处理、明日监理重点）。</w:t>
      </w:r>
    </w:p>
    <w:p w14:paraId="61FD1F01" w14:textId="09F85554" w:rsidR="004F5D62" w:rsidRDefault="00000000">
      <w:pPr>
        <w:rPr>
          <w:rFonts w:hint="eastAsia"/>
          <w:lang w:eastAsia="zh-CN"/>
        </w:rPr>
      </w:pPr>
      <w:r>
        <w:rPr>
          <w:lang w:eastAsia="zh-CN"/>
        </w:rPr>
        <w:t>生成完成后自动进入</w:t>
      </w:r>
      <w:proofErr w:type="gramStart"/>
      <w:r>
        <w:rPr>
          <w:lang w:eastAsia="zh-CN"/>
        </w:rPr>
        <w:t>"成</w:t>
      </w:r>
      <w:proofErr w:type="gramEnd"/>
      <w:r>
        <w:rPr>
          <w:lang w:eastAsia="zh-CN"/>
        </w:rPr>
        <w:t>稿编辑页"：页面以大文本框完整展示全部内容（已包含项目信息与天气头部、记录人/审核人落款），用户可逐字修改。点击「保存」后成为正式稿；若是草稿再次进入，将展示已保存的全文，不会重复拼接。</w:t>
      </w:r>
    </w:p>
    <w:p w14:paraId="469B5004" w14:textId="64A08AFD" w:rsidR="004F5D62" w:rsidRDefault="008717EE" w:rsidP="008717EE">
      <w:pPr>
        <w:jc w:val="center"/>
        <w:rPr>
          <w:rFonts w:hint="eastAsia"/>
          <w:lang w:eastAsia="zh-CN"/>
        </w:rPr>
      </w:pPr>
      <w:r>
        <w:rPr>
          <w:noProof/>
        </w:rPr>
        <w:drawing>
          <wp:inline distT="0" distB="0" distL="0" distR="0" wp14:anchorId="7E00ED77" wp14:editId="42F2D8BE">
            <wp:extent cx="2485152" cy="4552950"/>
            <wp:effectExtent l="0" t="0" r="0" b="0"/>
            <wp:docPr id="9446350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35096" name=""/>
                    <pic:cNvPicPr/>
                  </pic:nvPicPr>
                  <pic:blipFill>
                    <a:blip r:embed="rId17"/>
                    <a:stretch>
                      <a:fillRect/>
                    </a:stretch>
                  </pic:blipFill>
                  <pic:spPr>
                    <a:xfrm>
                      <a:off x="0" y="0"/>
                      <a:ext cx="2488605" cy="4559275"/>
                    </a:xfrm>
                    <a:prstGeom prst="rect">
                      <a:avLst/>
                    </a:prstGeom>
                  </pic:spPr>
                </pic:pic>
              </a:graphicData>
            </a:graphic>
          </wp:inline>
        </w:drawing>
      </w:r>
    </w:p>
    <w:p w14:paraId="0B0FF441" w14:textId="77777777" w:rsidR="004F5D62" w:rsidRDefault="004F5D62">
      <w:pPr>
        <w:rPr>
          <w:rFonts w:hint="eastAsia"/>
          <w:lang w:eastAsia="zh-CN"/>
        </w:rPr>
      </w:pPr>
    </w:p>
    <w:p w14:paraId="7E1A0D25" w14:textId="77777777" w:rsidR="004F5D62" w:rsidRDefault="00000000">
      <w:pPr>
        <w:rPr>
          <w:rFonts w:hint="eastAsia"/>
          <w:lang w:eastAsia="zh-CN"/>
        </w:rPr>
      </w:pPr>
      <w:r>
        <w:rPr>
          <w:rFonts w:ascii="黑体" w:eastAsia="黑体" w:hAnsi="黑体"/>
          <w:b/>
          <w:color w:val="1A365D"/>
          <w:sz w:val="30"/>
          <w:lang w:eastAsia="zh-CN"/>
        </w:rPr>
        <w:t>六、积分说明</w:t>
      </w:r>
    </w:p>
    <w:p w14:paraId="487732BC" w14:textId="77777777" w:rsidR="004F5D62" w:rsidRDefault="00000000">
      <w:pPr>
        <w:rPr>
          <w:rFonts w:hint="eastAsia"/>
          <w:lang w:eastAsia="zh-CN"/>
        </w:rPr>
      </w:pPr>
      <w:r>
        <w:rPr>
          <w:rFonts w:ascii="黑体" w:eastAsia="黑体" w:hAnsi="黑体"/>
          <w:b/>
          <w:color w:val="2B6CB0"/>
          <w:sz w:val="25"/>
          <w:lang w:eastAsia="zh-CN"/>
        </w:rPr>
        <w:t>6.1 积分获取</w:t>
      </w:r>
    </w:p>
    <w:p w14:paraId="1FE23E86" w14:textId="77777777" w:rsidR="004F5D62" w:rsidRDefault="00000000">
      <w:pPr>
        <w:rPr>
          <w:rFonts w:hint="eastAsia"/>
          <w:lang w:eastAsia="zh-CN"/>
        </w:rPr>
      </w:pPr>
      <w:r>
        <w:rPr>
          <w:lang w:eastAsia="zh-CN"/>
        </w:rPr>
        <w:t>用户首次使用本程序，系统自动赠送 100 积分。</w:t>
      </w:r>
    </w:p>
    <w:p w14:paraId="4585678E" w14:textId="77777777" w:rsidR="004F5D62" w:rsidRDefault="00000000">
      <w:pPr>
        <w:rPr>
          <w:rFonts w:hint="eastAsia"/>
          <w:lang w:eastAsia="zh-CN"/>
        </w:rPr>
      </w:pPr>
      <w:r>
        <w:rPr>
          <w:rFonts w:ascii="黑体" w:eastAsia="黑体" w:hAnsi="黑体"/>
          <w:b/>
          <w:color w:val="2B6CB0"/>
          <w:sz w:val="25"/>
          <w:lang w:eastAsia="zh-CN"/>
        </w:rPr>
        <w:t>6.2 积分消耗</w:t>
      </w:r>
    </w:p>
    <w:p w14:paraId="29E29A5D" w14:textId="77777777" w:rsidR="004F5D62" w:rsidRDefault="00000000">
      <w:pPr>
        <w:rPr>
          <w:rFonts w:hint="eastAsia"/>
          <w:lang w:eastAsia="zh-CN"/>
        </w:rPr>
      </w:pPr>
      <w:r>
        <w:rPr>
          <w:lang w:eastAsia="zh-CN"/>
        </w:rPr>
        <w:lastRenderedPageBreak/>
        <w:t>调用大模型的功能会消耗积分，具体规则如下：</w:t>
      </w:r>
    </w:p>
    <w:tbl>
      <w:tblPr>
        <w:tblStyle w:val="-11"/>
        <w:tblW w:w="0" w:type="auto"/>
        <w:tblLook w:val="04A0" w:firstRow="1" w:lastRow="0" w:firstColumn="1" w:lastColumn="0" w:noHBand="0" w:noVBand="1"/>
      </w:tblPr>
      <w:tblGrid>
        <w:gridCol w:w="2880"/>
        <w:gridCol w:w="2880"/>
        <w:gridCol w:w="2880"/>
      </w:tblGrid>
      <w:tr w:rsidR="004F5D62" w14:paraId="45C82944" w14:textId="77777777" w:rsidTr="004F5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548AB36" w14:textId="77777777" w:rsidR="004F5D62" w:rsidRDefault="00000000">
            <w:pPr>
              <w:rPr>
                <w:rFonts w:hint="eastAsia"/>
              </w:rPr>
            </w:pPr>
            <w:proofErr w:type="spellStart"/>
            <w:r>
              <w:t>功能</w:t>
            </w:r>
            <w:proofErr w:type="spellEnd"/>
          </w:p>
        </w:tc>
        <w:tc>
          <w:tcPr>
            <w:tcW w:w="2880" w:type="dxa"/>
          </w:tcPr>
          <w:p w14:paraId="7FDD371E" w14:textId="77777777" w:rsidR="004F5D62" w:rsidRDefault="00000000">
            <w:pPr>
              <w:cnfStyle w:val="100000000000" w:firstRow="1" w:lastRow="0" w:firstColumn="0" w:lastColumn="0" w:oddVBand="0" w:evenVBand="0" w:oddHBand="0" w:evenHBand="0" w:firstRowFirstColumn="0" w:firstRowLastColumn="0" w:lastRowFirstColumn="0" w:lastRowLastColumn="0"/>
              <w:rPr>
                <w:rFonts w:hint="eastAsia"/>
              </w:rPr>
            </w:pPr>
            <w:r>
              <w:t>入口位置</w:t>
            </w:r>
          </w:p>
        </w:tc>
        <w:tc>
          <w:tcPr>
            <w:tcW w:w="2880" w:type="dxa"/>
          </w:tcPr>
          <w:p w14:paraId="64986784" w14:textId="77777777" w:rsidR="004F5D62" w:rsidRDefault="00000000">
            <w:pPr>
              <w:cnfStyle w:val="100000000000" w:firstRow="1" w:lastRow="0" w:firstColumn="0" w:lastColumn="0" w:oddVBand="0" w:evenVBand="0" w:oddHBand="0" w:evenHBand="0" w:firstRowFirstColumn="0" w:firstRowLastColumn="0" w:lastRowFirstColumn="0" w:lastRowLastColumn="0"/>
              <w:rPr>
                <w:rFonts w:hint="eastAsia"/>
              </w:rPr>
            </w:pPr>
            <w:r>
              <w:t>消耗积分</w:t>
            </w:r>
          </w:p>
        </w:tc>
      </w:tr>
      <w:tr w:rsidR="0093634D" w14:paraId="69A807DA"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80F4369" w14:textId="550A887F" w:rsidR="0093634D" w:rsidRDefault="0093634D" w:rsidP="0093634D">
            <w:pPr>
              <w:rPr>
                <w:lang w:eastAsia="zh-CN"/>
              </w:rPr>
            </w:pPr>
            <w:r>
              <w:rPr>
                <w:lang w:eastAsia="zh-CN"/>
              </w:rPr>
              <w:t>上传施工日志自动提取</w:t>
            </w:r>
          </w:p>
        </w:tc>
        <w:tc>
          <w:tcPr>
            <w:tcW w:w="2880" w:type="dxa"/>
          </w:tcPr>
          <w:p w14:paraId="0C99E3FF" w14:textId="10235B96" w:rsidR="0093634D" w:rsidRDefault="0093634D" w:rsidP="0093634D">
            <w:pPr>
              <w:cnfStyle w:val="000000100000" w:firstRow="0" w:lastRow="0" w:firstColumn="0" w:lastColumn="0" w:oddVBand="0" w:evenVBand="0" w:oddHBand="1" w:evenHBand="0" w:firstRowFirstColumn="0" w:firstRowLastColumn="0" w:lastRowFirstColumn="0" w:lastRowLastColumn="0"/>
              <w:rPr>
                <w:lang w:eastAsia="zh-CN"/>
              </w:rPr>
            </w:pPr>
            <w:r>
              <w:rPr>
                <w:lang w:eastAsia="zh-CN"/>
              </w:rPr>
              <w:t>分步填写-第一步「上传施工日志」</w:t>
            </w:r>
          </w:p>
        </w:tc>
        <w:tc>
          <w:tcPr>
            <w:tcW w:w="2880" w:type="dxa"/>
          </w:tcPr>
          <w:p w14:paraId="06CC60BE" w14:textId="377D4F1A" w:rsidR="0093634D" w:rsidRDefault="0093634D" w:rsidP="0093634D">
            <w:pPr>
              <w:cnfStyle w:val="000000100000" w:firstRow="0" w:lastRow="0" w:firstColumn="0" w:lastColumn="0" w:oddVBand="0" w:evenVBand="0" w:oddHBand="1" w:evenHBand="0" w:firstRowFirstColumn="0" w:firstRowLastColumn="0" w:lastRowFirstColumn="0" w:lastRowLastColumn="0"/>
            </w:pPr>
            <w:r>
              <w:t>2</w:t>
            </w:r>
          </w:p>
        </w:tc>
      </w:tr>
      <w:tr w:rsidR="0093634D" w14:paraId="736C1DA5" w14:textId="77777777" w:rsidTr="004F5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AE3E847" w14:textId="77777777" w:rsidR="0093634D" w:rsidRDefault="0093634D" w:rsidP="0093634D">
            <w:pPr>
              <w:rPr>
                <w:rFonts w:hint="eastAsia"/>
                <w:lang w:eastAsia="zh-CN"/>
              </w:rPr>
            </w:pPr>
            <w:r>
              <w:rPr>
                <w:lang w:eastAsia="zh-CN"/>
              </w:rPr>
              <w:t>一键生成监理工作（五类）</w:t>
            </w:r>
          </w:p>
        </w:tc>
        <w:tc>
          <w:tcPr>
            <w:tcW w:w="2880" w:type="dxa"/>
          </w:tcPr>
          <w:p w14:paraId="0452A5B7" w14:textId="77777777" w:rsidR="0093634D" w:rsidRDefault="0093634D" w:rsidP="0093634D">
            <w:pPr>
              <w:cnfStyle w:val="000000010000" w:firstRow="0" w:lastRow="0" w:firstColumn="0" w:lastColumn="0" w:oddVBand="0" w:evenVBand="0" w:oddHBand="0" w:evenHBand="1" w:firstRowFirstColumn="0" w:firstRowLastColumn="0" w:lastRowFirstColumn="0" w:lastRowLastColumn="0"/>
              <w:rPr>
                <w:rFonts w:hint="eastAsia"/>
                <w:lang w:eastAsia="zh-CN"/>
              </w:rPr>
            </w:pPr>
            <w:r>
              <w:rPr>
                <w:lang w:eastAsia="zh-CN"/>
              </w:rPr>
              <w:t>分步填写-第二步「一键生成」</w:t>
            </w:r>
          </w:p>
        </w:tc>
        <w:tc>
          <w:tcPr>
            <w:tcW w:w="2880" w:type="dxa"/>
          </w:tcPr>
          <w:p w14:paraId="71AC209D" w14:textId="77777777" w:rsidR="0093634D" w:rsidRDefault="0093634D" w:rsidP="0093634D">
            <w:pPr>
              <w:cnfStyle w:val="000000010000" w:firstRow="0" w:lastRow="0" w:firstColumn="0" w:lastColumn="0" w:oddVBand="0" w:evenVBand="0" w:oddHBand="0" w:evenHBand="1" w:firstRowFirstColumn="0" w:firstRowLastColumn="0" w:lastRowFirstColumn="0" w:lastRowLastColumn="0"/>
              <w:rPr>
                <w:rFonts w:hint="eastAsia"/>
              </w:rPr>
            </w:pPr>
            <w:r>
              <w:t>2</w:t>
            </w:r>
          </w:p>
        </w:tc>
      </w:tr>
      <w:tr w:rsidR="0093634D" w14:paraId="3EB0ED5C"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5BA3177" w14:textId="77777777" w:rsidR="0093634D" w:rsidRDefault="0093634D" w:rsidP="0093634D">
            <w:pPr>
              <w:rPr>
                <w:rFonts w:hint="eastAsia"/>
                <w:lang w:eastAsia="zh-CN"/>
              </w:rPr>
            </w:pPr>
            <w:r>
              <w:rPr>
                <w:lang w:eastAsia="zh-CN"/>
              </w:rPr>
              <w:t>监理指令自动生成（OCR+大模型）</w:t>
            </w:r>
          </w:p>
        </w:tc>
        <w:tc>
          <w:tcPr>
            <w:tcW w:w="2880" w:type="dxa"/>
          </w:tcPr>
          <w:p w14:paraId="230852B6" w14:textId="77777777" w:rsidR="0093634D" w:rsidRDefault="0093634D" w:rsidP="0093634D">
            <w:pPr>
              <w:cnfStyle w:val="000000100000" w:firstRow="0" w:lastRow="0" w:firstColumn="0" w:lastColumn="0" w:oddVBand="0" w:evenVBand="0" w:oddHBand="1" w:evenHBand="0" w:firstRowFirstColumn="0" w:firstRowLastColumn="0" w:lastRowFirstColumn="0" w:lastRowLastColumn="0"/>
              <w:rPr>
                <w:rFonts w:hint="eastAsia"/>
                <w:lang w:eastAsia="zh-CN"/>
              </w:rPr>
            </w:pPr>
            <w:r>
              <w:rPr>
                <w:lang w:eastAsia="zh-CN"/>
              </w:rPr>
              <w:t>分步填写-第三步「自动生成」</w:t>
            </w:r>
          </w:p>
        </w:tc>
        <w:tc>
          <w:tcPr>
            <w:tcW w:w="2880" w:type="dxa"/>
          </w:tcPr>
          <w:p w14:paraId="1159D79A" w14:textId="77777777" w:rsidR="0093634D" w:rsidRDefault="0093634D" w:rsidP="0093634D">
            <w:pPr>
              <w:cnfStyle w:val="000000100000" w:firstRow="0" w:lastRow="0" w:firstColumn="0" w:lastColumn="0" w:oddVBand="0" w:evenVBand="0" w:oddHBand="1" w:evenHBand="0" w:firstRowFirstColumn="0" w:firstRowLastColumn="0" w:lastRowFirstColumn="0" w:lastRowLastColumn="0"/>
              <w:rPr>
                <w:rFonts w:hint="eastAsia"/>
              </w:rPr>
            </w:pPr>
            <w:r>
              <w:t>2</w:t>
            </w:r>
          </w:p>
        </w:tc>
      </w:tr>
      <w:tr w:rsidR="0093634D" w14:paraId="651170BE" w14:textId="77777777" w:rsidTr="004F5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48EC807" w14:textId="77777777" w:rsidR="0093634D" w:rsidRDefault="0093634D" w:rsidP="0093634D">
            <w:pPr>
              <w:rPr>
                <w:rFonts w:hint="eastAsia"/>
                <w:lang w:eastAsia="zh-CN"/>
              </w:rPr>
            </w:pPr>
            <w:r>
              <w:rPr>
                <w:lang w:eastAsia="zh-CN"/>
              </w:rPr>
              <w:t>存在问题及处理自动生成</w:t>
            </w:r>
          </w:p>
        </w:tc>
        <w:tc>
          <w:tcPr>
            <w:tcW w:w="2880" w:type="dxa"/>
          </w:tcPr>
          <w:p w14:paraId="149C73B6" w14:textId="77777777" w:rsidR="0093634D" w:rsidRDefault="0093634D" w:rsidP="0093634D">
            <w:pPr>
              <w:cnfStyle w:val="000000010000" w:firstRow="0" w:lastRow="0" w:firstColumn="0" w:lastColumn="0" w:oddVBand="0" w:evenVBand="0" w:oddHBand="0" w:evenHBand="1" w:firstRowFirstColumn="0" w:firstRowLastColumn="0" w:lastRowFirstColumn="0" w:lastRowLastColumn="0"/>
              <w:rPr>
                <w:rFonts w:hint="eastAsia"/>
                <w:lang w:eastAsia="zh-CN"/>
              </w:rPr>
            </w:pPr>
            <w:r>
              <w:rPr>
                <w:lang w:eastAsia="zh-CN"/>
              </w:rPr>
              <w:t>分步填写-第四步「自动生成」</w:t>
            </w:r>
          </w:p>
        </w:tc>
        <w:tc>
          <w:tcPr>
            <w:tcW w:w="2880" w:type="dxa"/>
          </w:tcPr>
          <w:p w14:paraId="510FC550" w14:textId="77777777" w:rsidR="0093634D" w:rsidRDefault="0093634D" w:rsidP="0093634D">
            <w:pPr>
              <w:cnfStyle w:val="000000010000" w:firstRow="0" w:lastRow="0" w:firstColumn="0" w:lastColumn="0" w:oddVBand="0" w:evenVBand="0" w:oddHBand="0" w:evenHBand="1" w:firstRowFirstColumn="0" w:firstRowLastColumn="0" w:lastRowFirstColumn="0" w:lastRowLastColumn="0"/>
              <w:rPr>
                <w:rFonts w:hint="eastAsia"/>
              </w:rPr>
            </w:pPr>
            <w:r>
              <w:t>2</w:t>
            </w:r>
          </w:p>
        </w:tc>
      </w:tr>
      <w:tr w:rsidR="0093634D" w14:paraId="4ADB58D4" w14:textId="77777777" w:rsidTr="004F5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91F0B54" w14:textId="77777777" w:rsidR="0093634D" w:rsidRDefault="0093634D" w:rsidP="0093634D">
            <w:pPr>
              <w:rPr>
                <w:rFonts w:hint="eastAsia"/>
                <w:lang w:eastAsia="zh-CN"/>
              </w:rPr>
            </w:pPr>
            <w:r>
              <w:rPr>
                <w:lang w:eastAsia="zh-CN"/>
              </w:rPr>
              <w:t>明日监理重点生成（上传施工计划）</w:t>
            </w:r>
          </w:p>
        </w:tc>
        <w:tc>
          <w:tcPr>
            <w:tcW w:w="2880" w:type="dxa"/>
          </w:tcPr>
          <w:p w14:paraId="67027B57" w14:textId="77777777" w:rsidR="0093634D" w:rsidRDefault="0093634D" w:rsidP="0093634D">
            <w:pPr>
              <w:cnfStyle w:val="000000100000" w:firstRow="0" w:lastRow="0" w:firstColumn="0" w:lastColumn="0" w:oddVBand="0" w:evenVBand="0" w:oddHBand="1" w:evenHBand="0" w:firstRowFirstColumn="0" w:firstRowLastColumn="0" w:lastRowFirstColumn="0" w:lastRowLastColumn="0"/>
              <w:rPr>
                <w:rFonts w:hint="eastAsia"/>
                <w:lang w:eastAsia="zh-CN"/>
              </w:rPr>
            </w:pPr>
            <w:r>
              <w:rPr>
                <w:lang w:eastAsia="zh-CN"/>
              </w:rPr>
              <w:t>分步填写-第五步「上传施工计划」</w:t>
            </w:r>
          </w:p>
        </w:tc>
        <w:tc>
          <w:tcPr>
            <w:tcW w:w="2880" w:type="dxa"/>
          </w:tcPr>
          <w:p w14:paraId="6542B309" w14:textId="77777777" w:rsidR="0093634D" w:rsidRDefault="0093634D" w:rsidP="0093634D">
            <w:pPr>
              <w:cnfStyle w:val="000000100000" w:firstRow="0" w:lastRow="0" w:firstColumn="0" w:lastColumn="0" w:oddVBand="0" w:evenVBand="0" w:oddHBand="1" w:evenHBand="0" w:firstRowFirstColumn="0" w:firstRowLastColumn="0" w:lastRowFirstColumn="0" w:lastRowLastColumn="0"/>
              <w:rPr>
                <w:rFonts w:hint="eastAsia"/>
              </w:rPr>
            </w:pPr>
            <w:r>
              <w:t>2</w:t>
            </w:r>
          </w:p>
        </w:tc>
      </w:tr>
      <w:tr w:rsidR="0093634D" w14:paraId="266F7419" w14:textId="77777777" w:rsidTr="004F5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7D2384F" w14:textId="77777777" w:rsidR="0093634D" w:rsidRDefault="0093634D" w:rsidP="0093634D">
            <w:pPr>
              <w:rPr>
                <w:rFonts w:hint="eastAsia"/>
                <w:lang w:eastAsia="zh-CN"/>
              </w:rPr>
            </w:pPr>
            <w:r>
              <w:rPr>
                <w:lang w:eastAsia="zh-CN"/>
              </w:rPr>
              <w:t>一键生成监理日志（整篇）</w:t>
            </w:r>
          </w:p>
        </w:tc>
        <w:tc>
          <w:tcPr>
            <w:tcW w:w="2880" w:type="dxa"/>
          </w:tcPr>
          <w:p w14:paraId="16C70818" w14:textId="77777777" w:rsidR="0093634D" w:rsidRDefault="0093634D" w:rsidP="0093634D">
            <w:pPr>
              <w:cnfStyle w:val="000000010000" w:firstRow="0" w:lastRow="0" w:firstColumn="0" w:lastColumn="0" w:oddVBand="0" w:evenVBand="0" w:oddHBand="0" w:evenHBand="1" w:firstRowFirstColumn="0" w:firstRowLastColumn="0" w:lastRowFirstColumn="0" w:lastRowLastColumn="0"/>
              <w:rPr>
                <w:rFonts w:hint="eastAsia"/>
                <w:lang w:eastAsia="zh-CN"/>
              </w:rPr>
            </w:pPr>
            <w:r>
              <w:rPr>
                <w:lang w:eastAsia="zh-CN"/>
              </w:rPr>
              <w:t>一键生成页「一键生成监理日志」</w:t>
            </w:r>
          </w:p>
        </w:tc>
        <w:tc>
          <w:tcPr>
            <w:tcW w:w="2880" w:type="dxa"/>
          </w:tcPr>
          <w:p w14:paraId="6C8E340B" w14:textId="77777777" w:rsidR="0093634D" w:rsidRDefault="0093634D" w:rsidP="0093634D">
            <w:pPr>
              <w:cnfStyle w:val="000000010000" w:firstRow="0" w:lastRow="0" w:firstColumn="0" w:lastColumn="0" w:oddVBand="0" w:evenVBand="0" w:oddHBand="0" w:evenHBand="1" w:firstRowFirstColumn="0" w:firstRowLastColumn="0" w:lastRowFirstColumn="0" w:lastRowLastColumn="0"/>
              <w:rPr>
                <w:rFonts w:hint="eastAsia"/>
              </w:rPr>
            </w:pPr>
            <w:r>
              <w:t>10</w:t>
            </w:r>
          </w:p>
        </w:tc>
      </w:tr>
    </w:tbl>
    <w:p w14:paraId="1CC59E5A" w14:textId="77777777" w:rsidR="004F5D62" w:rsidRDefault="004F5D62">
      <w:pPr>
        <w:rPr>
          <w:rFonts w:hint="eastAsia"/>
        </w:rPr>
      </w:pPr>
    </w:p>
    <w:p w14:paraId="6458B02B" w14:textId="7026749C" w:rsidR="004F5D62" w:rsidRDefault="00000000">
      <w:pPr>
        <w:rPr>
          <w:rFonts w:hint="eastAsia"/>
          <w:lang w:eastAsia="zh-CN"/>
        </w:rPr>
      </w:pPr>
      <w:r>
        <w:rPr>
          <w:lang w:eastAsia="zh-CN"/>
        </w:rPr>
        <w:t>每个调用大模型的按钮旁均显示提示，</w:t>
      </w:r>
      <w:proofErr w:type="gramStart"/>
      <w:r>
        <w:rPr>
          <w:lang w:eastAsia="zh-CN"/>
        </w:rPr>
        <w:t>例如："</w:t>
      </w:r>
      <w:proofErr w:type="gramEnd"/>
      <w:r>
        <w:rPr>
          <w:lang w:eastAsia="zh-CN"/>
        </w:rPr>
        <w:t>本功能需要消耗2积分，您的当前积分为：</w:t>
      </w:r>
      <w:proofErr w:type="gramStart"/>
      <w:r w:rsidR="0093634D">
        <w:rPr>
          <w:rFonts w:hint="eastAsia"/>
          <w:lang w:eastAsia="zh-CN"/>
        </w:rPr>
        <w:t>100</w:t>
      </w:r>
      <w:r>
        <w:rPr>
          <w:lang w:eastAsia="zh-CN"/>
        </w:rPr>
        <w:t>"。</w:t>
      </w:r>
      <w:proofErr w:type="gramEnd"/>
    </w:p>
    <w:p w14:paraId="396B5AC8" w14:textId="77777777" w:rsidR="004F5D62" w:rsidRDefault="00000000">
      <w:pPr>
        <w:rPr>
          <w:rFonts w:hint="eastAsia"/>
          <w:lang w:eastAsia="zh-CN"/>
        </w:rPr>
      </w:pPr>
      <w:r>
        <w:rPr>
          <w:rFonts w:ascii="黑体" w:eastAsia="黑体" w:hAnsi="黑体"/>
          <w:b/>
          <w:color w:val="2B6CB0"/>
          <w:sz w:val="25"/>
          <w:lang w:eastAsia="zh-CN"/>
        </w:rPr>
        <w:t>6.3 积分不足提示</w:t>
      </w:r>
    </w:p>
    <w:p w14:paraId="6686797B" w14:textId="77777777" w:rsidR="004F5D62" w:rsidRDefault="00000000">
      <w:pPr>
        <w:rPr>
          <w:rFonts w:hint="eastAsia"/>
          <w:lang w:eastAsia="zh-CN"/>
        </w:rPr>
      </w:pPr>
      <w:r>
        <w:rPr>
          <w:lang w:eastAsia="zh-CN"/>
        </w:rPr>
        <w:t>当积分不足以支付某次调用时，系统弹出提示</w:t>
      </w:r>
      <w:proofErr w:type="gramStart"/>
      <w:r>
        <w:rPr>
          <w:lang w:eastAsia="zh-CN"/>
        </w:rPr>
        <w:t>"您</w:t>
      </w:r>
      <w:proofErr w:type="gramEnd"/>
      <w:r>
        <w:rPr>
          <w:lang w:eastAsia="zh-CN"/>
        </w:rPr>
        <w:t>的积分不足，暂无法使用该</w:t>
      </w:r>
      <w:proofErr w:type="gramStart"/>
      <w:r>
        <w:rPr>
          <w:lang w:eastAsia="zh-CN"/>
        </w:rPr>
        <w:t>功能"，</w:t>
      </w:r>
      <w:proofErr w:type="gramEnd"/>
      <w:r>
        <w:rPr>
          <w:lang w:eastAsia="zh-CN"/>
        </w:rPr>
        <w:t>并阻止该功能执行。</w:t>
      </w:r>
    </w:p>
    <w:p w14:paraId="4BCB7755" w14:textId="77777777" w:rsidR="004F5D62" w:rsidRDefault="004F5D62">
      <w:pPr>
        <w:rPr>
          <w:rFonts w:hint="eastAsia"/>
          <w:lang w:eastAsia="zh-CN"/>
        </w:rPr>
      </w:pPr>
    </w:p>
    <w:p w14:paraId="57ADD1F1" w14:textId="77777777" w:rsidR="004F5D62" w:rsidRDefault="00000000">
      <w:pPr>
        <w:rPr>
          <w:rFonts w:hint="eastAsia"/>
          <w:lang w:eastAsia="zh-CN"/>
        </w:rPr>
      </w:pPr>
      <w:r>
        <w:rPr>
          <w:rFonts w:ascii="黑体" w:eastAsia="黑体" w:hAnsi="黑体"/>
          <w:b/>
          <w:color w:val="1A365D"/>
          <w:sz w:val="30"/>
          <w:lang w:eastAsia="zh-CN"/>
        </w:rPr>
        <w:t>七、常见问题（FAQ）</w:t>
      </w:r>
    </w:p>
    <w:p w14:paraId="425BF121" w14:textId="77777777" w:rsidR="004F5D62" w:rsidRDefault="00000000">
      <w:pPr>
        <w:rPr>
          <w:rFonts w:hint="eastAsia"/>
          <w:lang w:eastAsia="zh-CN"/>
        </w:rPr>
      </w:pPr>
      <w:r>
        <w:rPr>
          <w:rFonts w:ascii="黑体" w:eastAsia="黑体" w:hAnsi="黑体"/>
          <w:b/>
          <w:color w:val="2B6CB0"/>
          <w:sz w:val="25"/>
          <w:lang w:eastAsia="zh-CN"/>
        </w:rPr>
        <w:t>Q1：生成的内容可以直接使用吗？</w:t>
      </w:r>
    </w:p>
    <w:p w14:paraId="5C3E4C03" w14:textId="77777777" w:rsidR="004F5D62" w:rsidRDefault="00000000">
      <w:pPr>
        <w:rPr>
          <w:rFonts w:hint="eastAsia"/>
          <w:lang w:eastAsia="zh-CN"/>
        </w:rPr>
      </w:pPr>
      <w:r>
        <w:rPr>
          <w:lang w:eastAsia="zh-CN"/>
        </w:rPr>
        <w:t>不建议直接使用。所有由大模型生成的内容仅作辅助参考，可能存在偏差、遗漏或错误，请务必自行甄别、核实并修改后使用。</w:t>
      </w:r>
    </w:p>
    <w:p w14:paraId="5CF704CD" w14:textId="77777777" w:rsidR="004F5D62" w:rsidRDefault="00000000">
      <w:pPr>
        <w:rPr>
          <w:rFonts w:hint="eastAsia"/>
          <w:lang w:eastAsia="zh-CN"/>
        </w:rPr>
      </w:pPr>
      <w:r>
        <w:rPr>
          <w:rFonts w:ascii="黑体" w:eastAsia="黑体" w:hAnsi="黑体"/>
          <w:b/>
          <w:color w:val="2B6CB0"/>
          <w:sz w:val="25"/>
          <w:lang w:eastAsia="zh-CN"/>
        </w:rPr>
        <w:t>Q2：为什么有的板块在成稿里没有显示？</w:t>
      </w:r>
    </w:p>
    <w:p w14:paraId="0B801407" w14:textId="77777777" w:rsidR="004F5D62" w:rsidRDefault="00000000">
      <w:pPr>
        <w:rPr>
          <w:rFonts w:hint="eastAsia"/>
          <w:lang w:eastAsia="zh-CN"/>
        </w:rPr>
      </w:pPr>
      <w:r>
        <w:rPr>
          <w:lang w:eastAsia="zh-CN"/>
        </w:rPr>
        <w:t>若未上传监理通知单，成稿中不显示</w:t>
      </w:r>
      <w:proofErr w:type="gramStart"/>
      <w:r>
        <w:rPr>
          <w:lang w:eastAsia="zh-CN"/>
        </w:rPr>
        <w:t>"监理指令"</w:t>
      </w:r>
      <w:proofErr w:type="gramEnd"/>
      <w:r>
        <w:rPr>
          <w:lang w:eastAsia="zh-CN"/>
        </w:rPr>
        <w:t>部分；若未填写明日施工计划，不显示</w:t>
      </w:r>
      <w:proofErr w:type="gramStart"/>
      <w:r>
        <w:rPr>
          <w:lang w:eastAsia="zh-CN"/>
        </w:rPr>
        <w:t>"明日</w:t>
      </w:r>
      <w:proofErr w:type="gramEnd"/>
      <w:r>
        <w:rPr>
          <w:lang w:eastAsia="zh-CN"/>
        </w:rPr>
        <w:t>监理</w:t>
      </w:r>
      <w:proofErr w:type="gramStart"/>
      <w:r>
        <w:rPr>
          <w:lang w:eastAsia="zh-CN"/>
        </w:rPr>
        <w:t>重点"</w:t>
      </w:r>
      <w:proofErr w:type="gramEnd"/>
      <w:r>
        <w:rPr>
          <w:lang w:eastAsia="zh-CN"/>
        </w:rPr>
        <w:t>部分。建设单位、监理单位、施工单位也仅在填写后显示对应行。</w:t>
      </w:r>
    </w:p>
    <w:p w14:paraId="4B8D0511" w14:textId="77777777" w:rsidR="004F5D62" w:rsidRDefault="00000000">
      <w:pPr>
        <w:rPr>
          <w:rFonts w:hint="eastAsia"/>
          <w:lang w:eastAsia="zh-CN"/>
        </w:rPr>
      </w:pPr>
      <w:r>
        <w:rPr>
          <w:rFonts w:ascii="黑体" w:eastAsia="黑体" w:hAnsi="黑体"/>
          <w:b/>
          <w:color w:val="2B6CB0"/>
          <w:sz w:val="25"/>
          <w:lang w:eastAsia="zh-CN"/>
        </w:rPr>
        <w:t>Q3：一键生成和分步填写的草稿有什么区别？</w:t>
      </w:r>
    </w:p>
    <w:p w14:paraId="7C0843AD" w14:textId="77777777" w:rsidR="004F5D62" w:rsidRDefault="00000000">
      <w:pPr>
        <w:rPr>
          <w:rFonts w:hint="eastAsia"/>
          <w:lang w:eastAsia="zh-CN"/>
        </w:rPr>
      </w:pPr>
      <w:r>
        <w:rPr>
          <w:lang w:eastAsia="zh-CN"/>
        </w:rPr>
        <w:t>分步填写草稿点击后回到分步填写各步骤；一键生成草稿点击后回到成稿编辑页（完整文本），只有点击</w:t>
      </w:r>
      <w:proofErr w:type="gramStart"/>
      <w:r>
        <w:rPr>
          <w:lang w:eastAsia="zh-CN"/>
        </w:rPr>
        <w:t>"保存"</w:t>
      </w:r>
      <w:proofErr w:type="gramEnd"/>
      <w:r>
        <w:rPr>
          <w:lang w:eastAsia="zh-CN"/>
        </w:rPr>
        <w:t>才成为正式稿。</w:t>
      </w:r>
    </w:p>
    <w:p w14:paraId="64193044" w14:textId="77777777" w:rsidR="004F5D62" w:rsidRDefault="00000000">
      <w:pPr>
        <w:rPr>
          <w:rFonts w:hint="eastAsia"/>
          <w:lang w:eastAsia="zh-CN"/>
        </w:rPr>
      </w:pPr>
      <w:r>
        <w:rPr>
          <w:rFonts w:ascii="黑体" w:eastAsia="黑体" w:hAnsi="黑体"/>
          <w:b/>
          <w:color w:val="2B6CB0"/>
          <w:sz w:val="25"/>
          <w:lang w:eastAsia="zh-CN"/>
        </w:rPr>
        <w:lastRenderedPageBreak/>
        <w:t>Q4：积分用完了怎么办？</w:t>
      </w:r>
    </w:p>
    <w:p w14:paraId="355D9A9D" w14:textId="77777777" w:rsidR="004F5D62" w:rsidRDefault="00000000">
      <w:pPr>
        <w:rPr>
          <w:rFonts w:hint="eastAsia"/>
          <w:lang w:eastAsia="zh-CN"/>
        </w:rPr>
      </w:pPr>
      <w:r>
        <w:rPr>
          <w:lang w:eastAsia="zh-CN"/>
        </w:rPr>
        <w:t>可通过程序内购买积分；积分不足时相关大模型功能会提示并暂停使用。</w:t>
      </w:r>
    </w:p>
    <w:p w14:paraId="630140D1" w14:textId="77777777" w:rsidR="004F5D62" w:rsidRDefault="00000000">
      <w:pPr>
        <w:rPr>
          <w:rFonts w:hint="eastAsia"/>
          <w:lang w:eastAsia="zh-CN"/>
        </w:rPr>
      </w:pPr>
      <w:r>
        <w:rPr>
          <w:rFonts w:ascii="黑体" w:eastAsia="黑体" w:hAnsi="黑体"/>
          <w:b/>
          <w:color w:val="1A365D"/>
          <w:sz w:val="30"/>
          <w:lang w:eastAsia="zh-CN"/>
        </w:rPr>
        <w:t>八、免责声明</w:t>
      </w:r>
    </w:p>
    <w:p w14:paraId="42206C37" w14:textId="77777777" w:rsidR="004F5D62" w:rsidRDefault="00000000">
      <w:pPr>
        <w:rPr>
          <w:rFonts w:hint="eastAsia"/>
          <w:lang w:eastAsia="zh-CN"/>
        </w:rPr>
      </w:pPr>
      <w:r>
        <w:rPr>
          <w:lang w:eastAsia="zh-CN"/>
        </w:rPr>
        <w:t>本工具部分内容基于AI大模型自动生成，旨在辅助用户提高工作效率，不构成任何专业意见或承诺。生成内容可能存在偏差、遗漏或错误，用户应自行甄别、核实并修改后使用。因信赖或使用生成内容而造成的任何直接或间接损失，本程序不承担法律责任。</w:t>
      </w:r>
    </w:p>
    <w:sectPr w:rsidR="004F5D6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70798685">
    <w:abstractNumId w:val="8"/>
  </w:num>
  <w:num w:numId="2" w16cid:durableId="1034237348">
    <w:abstractNumId w:val="6"/>
  </w:num>
  <w:num w:numId="3" w16cid:durableId="600722790">
    <w:abstractNumId w:val="5"/>
  </w:num>
  <w:num w:numId="4" w16cid:durableId="314065684">
    <w:abstractNumId w:val="4"/>
  </w:num>
  <w:num w:numId="5" w16cid:durableId="387804196">
    <w:abstractNumId w:val="7"/>
  </w:num>
  <w:num w:numId="6" w16cid:durableId="1086413706">
    <w:abstractNumId w:val="3"/>
  </w:num>
  <w:num w:numId="7" w16cid:durableId="1393581387">
    <w:abstractNumId w:val="2"/>
  </w:num>
  <w:num w:numId="8" w16cid:durableId="2077891937">
    <w:abstractNumId w:val="1"/>
  </w:num>
  <w:num w:numId="9" w16cid:durableId="757096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5D62"/>
    <w:rsid w:val="008717EE"/>
    <w:rsid w:val="0093634D"/>
    <w:rsid w:val="00AA1D8D"/>
    <w:rsid w:val="00B47730"/>
    <w:rsid w:val="00CB0664"/>
    <w:rsid w:val="00D3028C"/>
    <w:rsid w:val="00D37D87"/>
    <w:rsid w:val="00F607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819498"/>
  <w14:defaultImageDpi w14:val="300"/>
  <w15:docId w15:val="{8DE2B30A-E7D5-4ECB-9E43-8B6C13FC3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宋体" w:eastAsia="宋体" w:hAnsi="宋体"/>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13</Pages>
  <Words>1690</Words>
  <Characters>1690</Characters>
  <Application>Microsoft Office Word</Application>
  <DocSecurity>0</DocSecurity>
  <Lines>169</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翔 李</cp:lastModifiedBy>
  <cp:revision>3</cp:revision>
  <dcterms:created xsi:type="dcterms:W3CDTF">2013-12-23T23:15:00Z</dcterms:created>
  <dcterms:modified xsi:type="dcterms:W3CDTF">2026-08-17T05:54:00Z</dcterms:modified>
  <cp:category/>
</cp:coreProperties>
</file>