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00B5" w14:textId="77777777" w:rsidR="00734239" w:rsidRDefault="00000000">
      <w:pPr>
        <w:spacing w:before="1560" w:after="390"/>
        <w:jc w:val="center"/>
        <w:rPr>
          <w:lang w:eastAsia="zh-CN"/>
        </w:rPr>
      </w:pPr>
      <w:r>
        <w:rPr>
          <w:rFonts w:cs="微软雅黑" w:hint="eastAsia"/>
          <w:color w:val="2563EB"/>
          <w:sz w:val="26"/>
          <w:lang w:eastAsia="zh-CN"/>
        </w:rPr>
        <w:t>逸腾建设工程资料管理系统</w:t>
      </w:r>
    </w:p>
    <w:p w14:paraId="43580AFA" w14:textId="77777777" w:rsidR="00734239" w:rsidRDefault="00000000">
      <w:pPr>
        <w:pStyle w:val="1"/>
        <w:spacing w:after="288" w:line="312" w:lineRule="auto"/>
        <w:jc w:val="center"/>
      </w:pPr>
      <w:r>
        <w:rPr>
          <w:rFonts w:cs="微软雅黑" w:hint="eastAsia"/>
          <w:b w:val="0"/>
          <w:color w:val="111827"/>
          <w:sz w:val="48"/>
          <w:lang w:eastAsia="zh-CN"/>
        </w:rPr>
        <w:t>用户使用手册</w:t>
      </w:r>
    </w:p>
    <w:p w14:paraId="23A9EFE4" w14:textId="77777777" w:rsidR="00734239" w:rsidRDefault="00000000">
      <w:pPr>
        <w:spacing w:after="1200"/>
        <w:jc w:val="center"/>
      </w:pPr>
      <w:r>
        <w:rPr>
          <w:sz w:val="30"/>
        </w:rPr>
        <w:t>YITENG CONSTRUCTION DOCUMENT MANAGEMENT SYSTEM</w:t>
      </w:r>
    </w:p>
    <w:p w14:paraId="4964B3DA" w14:textId="77777777" w:rsidR="00734239" w:rsidRDefault="00000000">
      <w:pPr>
        <w:spacing w:after="88"/>
        <w:jc w:val="center"/>
      </w:pPr>
      <w:r>
        <w:rPr>
          <w:rFonts w:cs="微软雅黑" w:hint="eastAsia"/>
          <w:color w:val="6B7280"/>
          <w:lang w:eastAsia="zh-CN"/>
        </w:rPr>
        <w:t>版本：</w:t>
      </w:r>
      <w:r>
        <w:rPr>
          <w:color w:val="6B7280"/>
        </w:rPr>
        <w:t>v1.0</w:t>
      </w:r>
    </w:p>
    <w:p w14:paraId="37548A9D" w14:textId="77777777" w:rsidR="00734239" w:rsidRDefault="00000000">
      <w:pPr>
        <w:spacing w:after="88"/>
        <w:jc w:val="center"/>
      </w:pPr>
      <w:r>
        <w:rPr>
          <w:rFonts w:cs="微软雅黑" w:hint="eastAsia"/>
          <w:color w:val="6B7280"/>
          <w:lang w:eastAsia="zh-CN"/>
        </w:rPr>
        <w:t>济南逸腾网络科技有限公司</w:t>
      </w:r>
    </w:p>
    <w:p w14:paraId="41566966" w14:textId="77777777" w:rsidR="00734239" w:rsidRDefault="00000000">
      <w:pPr>
        <w:spacing w:after="88"/>
        <w:jc w:val="center"/>
      </w:pPr>
      <w:r>
        <w:rPr>
          <w:color w:val="6B7280"/>
        </w:rPr>
        <w:t>https://www.yiteng99.com</w:t>
      </w:r>
    </w:p>
    <w:p w14:paraId="2B164905" w14:textId="77777777" w:rsidR="00734239" w:rsidRDefault="00000000">
      <w:pPr>
        <w:spacing w:before="1080"/>
        <w:jc w:val="center"/>
      </w:pPr>
      <w:r>
        <w:rPr>
          <w:color w:val="6B7280"/>
          <w:sz w:val="18"/>
        </w:rPr>
        <w:t xml:space="preserve">2026 </w:t>
      </w:r>
      <w:r>
        <w:rPr>
          <w:rFonts w:cs="微软雅黑" w:hint="eastAsia"/>
          <w:color w:val="6B7280"/>
          <w:sz w:val="18"/>
          <w:lang w:eastAsia="zh-CN"/>
        </w:rPr>
        <w:t>年</w:t>
      </w:r>
      <w:r>
        <w:rPr>
          <w:color w:val="6B7280"/>
          <w:sz w:val="18"/>
        </w:rPr>
        <w:t xml:space="preserve"> 9 </w:t>
      </w:r>
      <w:r>
        <w:rPr>
          <w:rFonts w:cs="微软雅黑" w:hint="eastAsia"/>
          <w:color w:val="6B7280"/>
          <w:sz w:val="18"/>
          <w:lang w:eastAsia="zh-CN"/>
        </w:rPr>
        <w:t>月</w:t>
      </w:r>
    </w:p>
    <w:p w14:paraId="10FC0BED" w14:textId="77777777" w:rsidR="00734239" w:rsidRDefault="00734239">
      <w:pPr>
        <w:sectPr w:rsidR="00734239">
          <w:pgSz w:w="11906" w:h="16838"/>
          <w:pgMar w:top="1440" w:right="1797" w:bottom="1440" w:left="1797" w:header="720" w:footer="720" w:gutter="0"/>
          <w:cols w:space="720"/>
        </w:sectPr>
      </w:pPr>
    </w:p>
    <w:p w14:paraId="30624509" w14:textId="77777777" w:rsidR="00734239" w:rsidRDefault="00000000">
      <w:pPr>
        <w:spacing w:after="130"/>
      </w:pPr>
      <w:r>
        <w:rPr>
          <w:sz w:val="26"/>
        </w:rPr>
        <w:lastRenderedPageBreak/>
        <w:t>目录</w:t>
      </w:r>
    </w:p>
    <w:p w14:paraId="44FF3E1D" w14:textId="77777777" w:rsidR="00734239" w:rsidRDefault="00000000">
      <w:r>
        <w:t>第一章　系统简介</w:t>
      </w:r>
    </w:p>
    <w:p w14:paraId="0EFEC231" w14:textId="77777777" w:rsidR="00734239" w:rsidRDefault="00000000">
      <w:r>
        <w:t>第二章　系统功能与特色</w:t>
      </w:r>
    </w:p>
    <w:p w14:paraId="5E6C9B9B" w14:textId="77777777" w:rsidR="00734239" w:rsidRDefault="00000000">
      <w:pPr>
        <w:rPr>
          <w:lang w:eastAsia="zh-CN"/>
        </w:rPr>
      </w:pPr>
      <w:r>
        <w:rPr>
          <w:lang w:eastAsia="zh-CN"/>
        </w:rPr>
        <w:t>第三章　安装与启动</w:t>
      </w:r>
    </w:p>
    <w:p w14:paraId="079A5FEE" w14:textId="77777777" w:rsidR="00734239" w:rsidRDefault="00000000">
      <w:pPr>
        <w:rPr>
          <w:lang w:eastAsia="zh-CN"/>
        </w:rPr>
      </w:pPr>
      <w:r>
        <w:rPr>
          <w:lang w:eastAsia="zh-CN"/>
        </w:rPr>
        <w:t>第四章　快速上手：从新建项目到资料归档</w:t>
      </w:r>
    </w:p>
    <w:p w14:paraId="485EE00A" w14:textId="77777777" w:rsidR="00734239" w:rsidRDefault="00000000">
      <w:pPr>
        <w:rPr>
          <w:lang w:eastAsia="zh-CN"/>
        </w:rPr>
      </w:pPr>
      <w:r>
        <w:rPr>
          <w:lang w:eastAsia="zh-CN"/>
        </w:rPr>
        <w:t>第五章　会员系统</w:t>
      </w:r>
    </w:p>
    <w:p w14:paraId="7AC5AA68" w14:textId="77777777" w:rsidR="00734239" w:rsidRDefault="00000000">
      <w:pPr>
        <w:rPr>
          <w:lang w:eastAsia="zh-CN"/>
        </w:rPr>
      </w:pPr>
      <w:r>
        <w:rPr>
          <w:lang w:eastAsia="zh-CN"/>
        </w:rPr>
        <w:t>第六章　意见反馈</w:t>
      </w:r>
    </w:p>
    <w:p w14:paraId="0C2762A0" w14:textId="77777777" w:rsidR="00734239" w:rsidRDefault="00000000">
      <w:pPr>
        <w:rPr>
          <w:lang w:eastAsia="zh-CN"/>
        </w:rPr>
      </w:pPr>
      <w:r>
        <w:rPr>
          <w:lang w:eastAsia="zh-CN"/>
        </w:rPr>
        <w:t>第七章　常见问题</w:t>
      </w:r>
      <w:proofErr w:type="gramStart"/>
      <w:r>
        <w:rPr>
          <w:lang w:eastAsia="zh-CN"/>
        </w:rPr>
        <w:t xml:space="preserve">（ </w:t>
      </w:r>
      <w:proofErr w:type="gramEnd"/>
      <w:r>
        <w:rPr>
          <w:lang w:eastAsia="zh-CN"/>
        </w:rPr>
        <w:t>FAQ ）</w:t>
      </w:r>
    </w:p>
    <w:p w14:paraId="5DFF5DEE" w14:textId="77777777" w:rsidR="00734239" w:rsidRDefault="00000000">
      <w:pPr>
        <w:rPr>
          <w:lang w:eastAsia="zh-CN"/>
        </w:rPr>
      </w:pPr>
      <w:r>
        <w:rPr>
          <w:lang w:eastAsia="zh-CN"/>
        </w:rPr>
        <w:t>第八章　数据与安全说明</w:t>
      </w:r>
    </w:p>
    <w:p w14:paraId="28C34A14" w14:textId="77777777" w:rsidR="00734239" w:rsidRDefault="00000000">
      <w:pPr>
        <w:rPr>
          <w:lang w:eastAsia="zh-CN"/>
        </w:rPr>
      </w:pPr>
      <w:r>
        <w:rPr>
          <w:lang w:eastAsia="zh-CN"/>
        </w:rPr>
        <w:t>第九章　技术支持</w:t>
      </w:r>
    </w:p>
    <w:p w14:paraId="66FDBA34" w14:textId="77777777" w:rsidR="00734239" w:rsidRDefault="00000000">
      <w:pPr>
        <w:pStyle w:val="21"/>
        <w:spacing w:line="312" w:lineRule="auto"/>
        <w:rPr>
          <w:lang w:eastAsia="zh-CN"/>
        </w:rPr>
      </w:pPr>
      <w:bookmarkStart w:id="0" w:name="section-1"/>
      <w:bookmarkEnd w:id="0"/>
      <w:r>
        <w:rPr>
          <w:rFonts w:cs="微软雅黑" w:hint="eastAsia"/>
          <w:b w:val="0"/>
          <w:lang w:eastAsia="zh-CN"/>
        </w:rPr>
        <w:t>第一章　系统简介</w:t>
      </w:r>
    </w:p>
    <w:p w14:paraId="2EDD4E09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逸腾建设工程资料管理系统是一款面向建设工程行业的</w:t>
      </w:r>
      <w:r>
        <w:rPr>
          <w:rFonts w:cs="微软雅黑" w:hint="eastAsia"/>
          <w:b/>
          <w:lang w:eastAsia="zh-CN"/>
        </w:rPr>
        <w:t>本地化资料文件管理软件</w:t>
      </w:r>
      <w:r>
        <w:rPr>
          <w:rFonts w:cs="微软雅黑" w:hint="eastAsia"/>
          <w:lang w:eastAsia="zh-CN"/>
        </w:rPr>
        <w:t>，帮助建设、施工、监理等各方单位对工程资料进行标准化的整理、归档与完整度核查。</w:t>
      </w:r>
    </w:p>
    <w:p w14:paraId="7B076D62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系统采用</w:t>
      </w:r>
      <w:r>
        <w:rPr>
          <w:rFonts w:cs="微软雅黑" w:hint="eastAsia"/>
          <w:b/>
          <w:lang w:eastAsia="zh-CN"/>
        </w:rPr>
        <w:t>绿色免安装</w:t>
      </w:r>
      <w:r>
        <w:rPr>
          <w:rFonts w:cs="微软雅黑" w:hint="eastAsia"/>
          <w:lang w:eastAsia="zh-CN"/>
        </w:rPr>
        <w:t>设计：解压即可使用，自带全部运行环境，无需安装</w:t>
      </w:r>
      <w:r>
        <w:rPr>
          <w:lang w:eastAsia="zh-CN"/>
        </w:rPr>
        <w:t xml:space="preserve"> Node.js</w:t>
      </w:r>
      <w:r>
        <w:rPr>
          <w:rFonts w:cs="微软雅黑" w:hint="eastAsia"/>
          <w:lang w:eastAsia="zh-CN"/>
        </w:rPr>
        <w:t>、数据库或任何其他软件，支持</w:t>
      </w:r>
      <w:r>
        <w:rPr>
          <w:lang w:eastAsia="zh-CN"/>
        </w:rPr>
        <w:t xml:space="preserve"> Windows 7</w:t>
      </w:r>
      <w:r>
        <w:rPr>
          <w:rFonts w:cs="微软雅黑" w:hint="eastAsia"/>
          <w:lang w:eastAsia="zh-CN"/>
        </w:rPr>
        <w:t>（</w:t>
      </w:r>
      <w:r>
        <w:rPr>
          <w:lang w:eastAsia="zh-CN"/>
        </w:rPr>
        <w:t>SP1</w:t>
      </w:r>
      <w:r>
        <w:rPr>
          <w:rFonts w:cs="微软雅黑" w:hint="eastAsia"/>
          <w:lang w:eastAsia="zh-CN"/>
        </w:rPr>
        <w:t>）</w:t>
      </w:r>
      <w:r>
        <w:rPr>
          <w:lang w:eastAsia="zh-CN"/>
        </w:rPr>
        <w:t>/ 8 / 8.1 / 10 / 11</w:t>
      </w:r>
      <w:r>
        <w:rPr>
          <w:rFonts w:cs="微软雅黑" w:hint="eastAsia"/>
          <w:lang w:eastAsia="zh-CN"/>
        </w:rPr>
        <w:t>（</w:t>
      </w:r>
      <w:r>
        <w:rPr>
          <w:lang w:eastAsia="zh-CN"/>
        </w:rPr>
        <w:t xml:space="preserve">64 </w:t>
      </w:r>
      <w:r>
        <w:rPr>
          <w:rFonts w:cs="微软雅黑" w:hint="eastAsia"/>
          <w:lang w:eastAsia="zh-CN"/>
        </w:rPr>
        <w:t>位）。</w:t>
      </w:r>
    </w:p>
    <w:p w14:paraId="66FC38B1" w14:textId="05B778A7" w:rsidR="00734239" w:rsidRDefault="00000000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cs="微软雅黑" w:hint="eastAsia"/>
          <w:b/>
          <w:lang w:eastAsia="zh-CN"/>
        </w:rPr>
        <w:t>郑重声明：</w:t>
      </w:r>
      <w:r>
        <w:rPr>
          <w:rFonts w:cs="微软雅黑" w:hint="eastAsia"/>
          <w:lang w:eastAsia="zh-CN"/>
        </w:rPr>
        <w:t>本系统仅对本地文件进行统计管理，不会将任何文件上传至云端或服务器，请放心使用。</w:t>
      </w:r>
    </w:p>
    <w:p w14:paraId="7517D44F" w14:textId="77777777" w:rsidR="00734239" w:rsidRDefault="00000000">
      <w:pPr>
        <w:pStyle w:val="21"/>
        <w:spacing w:line="312" w:lineRule="auto"/>
        <w:rPr>
          <w:lang w:eastAsia="zh-CN"/>
        </w:rPr>
      </w:pPr>
      <w:bookmarkStart w:id="1" w:name="section-2"/>
      <w:bookmarkEnd w:id="1"/>
      <w:r>
        <w:rPr>
          <w:rFonts w:cs="微软雅黑" w:hint="eastAsia"/>
          <w:b w:val="0"/>
          <w:lang w:eastAsia="zh-CN"/>
        </w:rPr>
        <w:lastRenderedPageBreak/>
        <w:t>第二章　系统功能与特色</w:t>
      </w:r>
    </w:p>
    <w:p w14:paraId="2E38DE20" w14:textId="77777777" w:rsidR="00734239" w:rsidRDefault="00000000">
      <w:pPr>
        <w:pStyle w:val="31"/>
        <w:spacing w:line="312" w:lineRule="auto"/>
      </w:pPr>
      <w:r>
        <w:rPr>
          <w:rFonts w:cs="微软雅黑" w:hint="eastAsia"/>
          <w:b w:val="0"/>
          <w:lang w:eastAsia="zh-CN"/>
        </w:rPr>
        <w:t>2.1 功能总览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48"/>
        <w:gridCol w:w="4348"/>
      </w:tblGrid>
      <w:tr w:rsidR="00734239" w14:paraId="5311469C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EEF4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AE3C2D" w14:textId="77777777" w:rsidR="00734239" w:rsidRDefault="00000000">
            <w:pPr>
              <w:spacing w:before="55" w:after="55" w:line="240" w:lineRule="auto"/>
            </w:pPr>
            <w:r>
              <w:rPr>
                <w:b/>
              </w:rPr>
              <w:t>功能模块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EEF4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478048" w14:textId="77777777" w:rsidR="00734239" w:rsidRDefault="00000000">
            <w:pPr>
              <w:spacing w:before="55" w:after="55" w:line="240" w:lineRule="auto"/>
            </w:pPr>
            <w:r>
              <w:rPr>
                <w:b/>
              </w:rPr>
              <w:t>主要作用</w:t>
            </w:r>
          </w:p>
        </w:tc>
      </w:tr>
      <w:tr w:rsidR="00734239" w14:paraId="5ACE4F26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CEC3A2" w14:textId="77777777" w:rsidR="00734239" w:rsidRDefault="00000000">
            <w:pPr>
              <w:spacing w:before="55" w:after="55" w:line="240" w:lineRule="auto"/>
            </w:pPr>
            <w:r>
              <w:t>仪表盘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340C73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汇总展示项目数量、资料完整度等整体概况</w:t>
            </w:r>
          </w:p>
        </w:tc>
      </w:tr>
      <w:tr w:rsidR="00734239" w14:paraId="0512C66B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7BF4790" w14:textId="77777777" w:rsidR="00734239" w:rsidRDefault="00000000">
            <w:pPr>
              <w:spacing w:before="55" w:after="55" w:line="240" w:lineRule="auto"/>
            </w:pPr>
            <w:proofErr w:type="spellStart"/>
            <w:r>
              <w:t>文件管理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292239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项目列表、资料上传、目录浏览与文件合格性检查</w:t>
            </w:r>
          </w:p>
        </w:tc>
      </w:tr>
      <w:tr w:rsidR="00734239" w14:paraId="0C1939A1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52A4F4" w14:textId="77777777" w:rsidR="00734239" w:rsidRDefault="00000000">
            <w:pPr>
              <w:spacing w:before="55" w:after="55" w:line="240" w:lineRule="auto"/>
            </w:pPr>
            <w:proofErr w:type="spellStart"/>
            <w:r>
              <w:t>新建项目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8EF351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三步完成项目创建：</w:t>
            </w:r>
            <w:proofErr w:type="gramStart"/>
            <w:r>
              <w:rPr>
                <w:lang w:eastAsia="zh-CN"/>
              </w:rPr>
              <w:t>选类别角色  →</w:t>
            </w:r>
            <w:proofErr w:type="gramEnd"/>
            <w:r>
              <w:rPr>
                <w:lang w:eastAsia="zh-CN"/>
              </w:rPr>
              <w:t xml:space="preserve">  </w:t>
            </w:r>
            <w:proofErr w:type="gramStart"/>
            <w:r>
              <w:rPr>
                <w:lang w:eastAsia="zh-CN"/>
              </w:rPr>
              <w:t>填项目名  →</w:t>
            </w:r>
            <w:proofErr w:type="gramEnd"/>
            <w:r>
              <w:rPr>
                <w:lang w:eastAsia="zh-CN"/>
              </w:rPr>
              <w:t xml:space="preserve">  指定文件夹</w:t>
            </w:r>
          </w:p>
        </w:tc>
      </w:tr>
      <w:tr w:rsidR="00734239" w14:paraId="6FB83422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C488BD" w14:textId="77777777" w:rsidR="00734239" w:rsidRDefault="00000000">
            <w:pPr>
              <w:spacing w:before="55" w:after="55" w:line="240" w:lineRule="auto"/>
            </w:pPr>
            <w:proofErr w:type="spellStart"/>
            <w:r>
              <w:t>模板管理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BE9DCB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按 " </w:t>
            </w:r>
            <w:proofErr w:type="gramStart"/>
            <w:r>
              <w:rPr>
                <w:lang w:eastAsia="zh-CN"/>
              </w:rPr>
              <w:t>工程类别  ×</w:t>
            </w:r>
            <w:proofErr w:type="gramEnd"/>
            <w:r>
              <w:rPr>
                <w:lang w:eastAsia="zh-CN"/>
              </w:rPr>
              <w:t xml:space="preserve">  身份</w:t>
            </w:r>
            <w:proofErr w:type="gramStart"/>
            <w:r>
              <w:rPr>
                <w:lang w:eastAsia="zh-CN"/>
              </w:rPr>
              <w:t>角色 "</w:t>
            </w:r>
            <w:proofErr w:type="gramEnd"/>
            <w:r>
              <w:rPr>
                <w:lang w:eastAsia="zh-CN"/>
              </w:rPr>
              <w:t xml:space="preserve"> 维护资料目录模板，支持通用与专用模板</w:t>
            </w:r>
          </w:p>
        </w:tc>
      </w:tr>
      <w:tr w:rsidR="00734239" w14:paraId="43963CD3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B4EFD2" w14:textId="77777777" w:rsidR="00734239" w:rsidRDefault="00000000">
            <w:pPr>
              <w:spacing w:before="55" w:after="55" w:line="240" w:lineRule="auto"/>
            </w:pPr>
            <w:proofErr w:type="spellStart"/>
            <w:r>
              <w:t>规范标准库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60FB52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收录规范 / 标准文件地址，点击即可在线查看，系统自动缓存便于二次打开</w:t>
            </w:r>
          </w:p>
        </w:tc>
      </w:tr>
      <w:tr w:rsidR="00734239" w14:paraId="7F9E75E3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A841CA" w14:textId="77777777" w:rsidR="00734239" w:rsidRDefault="00000000">
            <w:pPr>
              <w:spacing w:before="55" w:after="55" w:line="240" w:lineRule="auto"/>
            </w:pPr>
            <w:proofErr w:type="spellStart"/>
            <w:r>
              <w:t>完整度检查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F0EC1A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按目录模板逐项核查资料收齐情况，输出完整度统计</w:t>
            </w:r>
          </w:p>
        </w:tc>
      </w:tr>
      <w:tr w:rsidR="00734239" w14:paraId="4050DD3E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1D7A80" w14:textId="77777777" w:rsidR="00734239" w:rsidRDefault="00000000">
            <w:pPr>
              <w:spacing w:before="55" w:after="55" w:line="240" w:lineRule="auto"/>
            </w:pPr>
            <w:proofErr w:type="spellStart"/>
            <w:r>
              <w:t>导出汇总表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F17636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将项目资料情况导出为汇总表格，便于汇报与归档</w:t>
            </w:r>
          </w:p>
        </w:tc>
      </w:tr>
      <w:tr w:rsidR="00734239" w14:paraId="0063C03D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9447574" w14:textId="77777777" w:rsidR="00734239" w:rsidRDefault="00000000">
            <w:pPr>
              <w:spacing w:before="55" w:after="55" w:line="240" w:lineRule="auto"/>
            </w:pPr>
            <w:proofErr w:type="spellStart"/>
            <w:r>
              <w:t>会员系统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5ACC7D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会员注册、登录、个人信息管理</w:t>
            </w:r>
          </w:p>
        </w:tc>
      </w:tr>
      <w:tr w:rsidR="00734239" w14:paraId="65F868C5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D29C0F" w14:textId="77777777" w:rsidR="00734239" w:rsidRDefault="00000000">
            <w:pPr>
              <w:spacing w:before="55" w:after="55" w:line="240" w:lineRule="auto"/>
            </w:pPr>
            <w:proofErr w:type="spellStart"/>
            <w:r>
              <w:t>意见反馈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B9B242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在线提交使用意见与问题反馈</w:t>
            </w:r>
          </w:p>
        </w:tc>
      </w:tr>
      <w:tr w:rsidR="00734239" w14:paraId="680423BD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D834F9" w14:textId="77777777" w:rsidR="00734239" w:rsidRDefault="00000000">
            <w:pPr>
              <w:spacing w:before="55" w:after="55" w:line="240" w:lineRule="auto"/>
            </w:pPr>
            <w:proofErr w:type="spellStart"/>
            <w:r>
              <w:t>检查更新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74DB0B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联网检测新版本，一键下载更新</w:t>
            </w:r>
          </w:p>
        </w:tc>
      </w:tr>
    </w:tbl>
    <w:p w14:paraId="01DBF556" w14:textId="77777777" w:rsidR="00734239" w:rsidRDefault="00000000">
      <w:pPr>
        <w:pStyle w:val="31"/>
        <w:spacing w:line="312" w:lineRule="auto"/>
      </w:pPr>
      <w:r>
        <w:rPr>
          <w:rFonts w:cs="微软雅黑" w:hint="eastAsia"/>
          <w:b w:val="0"/>
          <w:lang w:eastAsia="zh-CN"/>
        </w:rPr>
        <w:lastRenderedPageBreak/>
        <w:t>2.2 产品特色</w:t>
      </w:r>
    </w:p>
    <w:p w14:paraId="6E5F9864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绿色免安装</w:t>
      </w:r>
      <w:r>
        <w:rPr>
          <w:rFonts w:cs="微软雅黑" w:hint="eastAsia"/>
          <w:lang w:eastAsia="zh-CN"/>
        </w:rPr>
        <w:t>：解压即用，自带运行环境，不依赖任何第三方软件；</w:t>
      </w:r>
    </w:p>
    <w:p w14:paraId="3CA7545D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数据完全本地化</w:t>
      </w:r>
      <w:r>
        <w:rPr>
          <w:rFonts w:cs="微软雅黑" w:hint="eastAsia"/>
          <w:lang w:eastAsia="zh-CN"/>
        </w:rPr>
        <w:t>：所有项目数据保存在本机，不联网也能完成日常资料管理；</w:t>
      </w:r>
    </w:p>
    <w:p w14:paraId="7A5C3C50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标准目录模板</w:t>
      </w:r>
      <w:r>
        <w:rPr>
          <w:rFonts w:cs="微软雅黑" w:hint="eastAsia"/>
          <w:lang w:eastAsia="zh-CN"/>
        </w:rPr>
        <w:t>：内置按</w:t>
      </w:r>
      <w:proofErr w:type="gramStart"/>
      <w:r>
        <w:rPr>
          <w:lang w:eastAsia="zh-CN"/>
        </w:rPr>
        <w:t>"</w:t>
      </w:r>
      <w:r>
        <w:rPr>
          <w:rFonts w:cs="微软雅黑" w:hint="eastAsia"/>
          <w:lang w:eastAsia="zh-CN"/>
        </w:rPr>
        <w:t>工程</w:t>
      </w:r>
      <w:proofErr w:type="gramEnd"/>
      <w:r>
        <w:rPr>
          <w:rFonts w:cs="微软雅黑" w:hint="eastAsia"/>
          <w:lang w:eastAsia="zh-CN"/>
        </w:rPr>
        <w:t>类别</w:t>
      </w:r>
      <w:r>
        <w:rPr>
          <w:lang w:eastAsia="zh-CN"/>
        </w:rPr>
        <w:t xml:space="preserve"> × </w:t>
      </w:r>
      <w:r>
        <w:rPr>
          <w:rFonts w:cs="微软雅黑" w:hint="eastAsia"/>
          <w:lang w:eastAsia="zh-CN"/>
        </w:rPr>
        <w:t>身份</w:t>
      </w:r>
      <w:proofErr w:type="gramStart"/>
      <w:r>
        <w:rPr>
          <w:rFonts w:cs="微软雅黑" w:hint="eastAsia"/>
          <w:lang w:eastAsia="zh-CN"/>
        </w:rPr>
        <w:t>角色</w:t>
      </w:r>
      <w:r>
        <w:rPr>
          <w:lang w:eastAsia="zh-CN"/>
        </w:rPr>
        <w:t>"</w:t>
      </w:r>
      <w:proofErr w:type="gramEnd"/>
      <w:r>
        <w:rPr>
          <w:rFonts w:cs="微软雅黑" w:hint="eastAsia"/>
          <w:lang w:eastAsia="zh-CN"/>
        </w:rPr>
        <w:t>划分的标准资料目录树，新建项目即可参照建档；</w:t>
      </w:r>
    </w:p>
    <w:p w14:paraId="3F82C2AC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规范标准随查随用</w:t>
      </w:r>
      <w:r>
        <w:rPr>
          <w:rFonts w:cs="微软雅黑" w:hint="eastAsia"/>
          <w:lang w:eastAsia="zh-CN"/>
        </w:rPr>
        <w:t>：规范文件首次查看后自动缓存，之后离线也可秒开；</w:t>
      </w:r>
    </w:p>
    <w:p w14:paraId="167312D5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删除有保护</w:t>
      </w:r>
      <w:r>
        <w:rPr>
          <w:rFonts w:cs="微软雅黑" w:hint="eastAsia"/>
          <w:lang w:eastAsia="zh-CN"/>
        </w:rPr>
        <w:t>：系统内删除操作只移除管理记录，绝不会动您电脑上的真实文件。</w:t>
      </w:r>
    </w:p>
    <w:p w14:paraId="57A640C1" w14:textId="77777777" w:rsidR="00734239" w:rsidRDefault="00000000">
      <w:pPr>
        <w:pStyle w:val="21"/>
        <w:spacing w:line="312" w:lineRule="auto"/>
        <w:rPr>
          <w:lang w:eastAsia="zh-CN"/>
        </w:rPr>
      </w:pPr>
      <w:bookmarkStart w:id="2" w:name="section-3"/>
      <w:bookmarkEnd w:id="2"/>
      <w:r>
        <w:rPr>
          <w:rFonts w:cs="微软雅黑" w:hint="eastAsia"/>
          <w:b w:val="0"/>
          <w:lang w:eastAsia="zh-CN"/>
        </w:rPr>
        <w:t>第三章　安装与启动</w:t>
      </w:r>
    </w:p>
    <w:p w14:paraId="200F21FA" w14:textId="7777777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t>3.1 首次使用</w:t>
      </w:r>
    </w:p>
    <w:p w14:paraId="7F9742F1" w14:textId="77777777" w:rsidR="00734239" w:rsidRDefault="00000000">
      <w:pPr>
        <w:pStyle w:val="a"/>
        <w:numPr>
          <w:ilvl w:val="0"/>
          <w:numId w:val="10"/>
        </w:numPr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将收到的压缩包（逸腾建设工程资料管理系统</w:t>
      </w:r>
      <w:r>
        <w:rPr>
          <w:lang w:eastAsia="zh-CN"/>
        </w:rPr>
        <w:t>-v1.0-win64.zip</w:t>
      </w:r>
      <w:r>
        <w:rPr>
          <w:rFonts w:cs="微软雅黑" w:hint="eastAsia"/>
          <w:lang w:eastAsia="zh-CN"/>
        </w:rPr>
        <w:t>）解压到电脑任意位置；</w:t>
      </w:r>
    </w:p>
    <w:p w14:paraId="68F0108F" w14:textId="77777777" w:rsidR="00734239" w:rsidRDefault="00000000">
      <w:pPr>
        <w:pStyle w:val="a"/>
        <w:numPr>
          <w:ilvl w:val="0"/>
          <w:numId w:val="10"/>
        </w:numPr>
        <w:spacing w:after="72"/>
      </w:pPr>
      <w:r>
        <w:rPr>
          <w:rFonts w:cs="微软雅黑" w:hint="eastAsia"/>
          <w:b/>
          <w:lang w:eastAsia="zh-CN"/>
        </w:rPr>
        <w:t>建议</w:t>
      </w:r>
      <w:r>
        <w:rPr>
          <w:rFonts w:cs="微软雅黑" w:hint="eastAsia"/>
          <w:lang w:eastAsia="zh-CN"/>
        </w:rPr>
        <w:t>：不要放在</w:t>
      </w:r>
      <w:r>
        <w:t xml:space="preserve"> C </w:t>
      </w:r>
      <w:r>
        <w:rPr>
          <w:rFonts w:cs="微软雅黑" w:hint="eastAsia"/>
          <w:lang w:eastAsia="zh-CN"/>
        </w:rPr>
        <w:t>盘根目录，也不要放在需要管理员权限的目录（如</w:t>
      </w:r>
      <w:r>
        <w:t xml:space="preserve"> Program Files</w:t>
      </w:r>
      <w:r>
        <w:rPr>
          <w:rFonts w:cs="微软雅黑" w:hint="eastAsia"/>
          <w:lang w:eastAsia="zh-CN"/>
        </w:rPr>
        <w:t>），推荐放</w:t>
      </w:r>
      <w:r>
        <w:t xml:space="preserve"> D </w:t>
      </w:r>
      <w:r>
        <w:rPr>
          <w:rFonts w:cs="微软雅黑" w:hint="eastAsia"/>
          <w:lang w:eastAsia="zh-CN"/>
        </w:rPr>
        <w:t>盘或桌面；</w:t>
      </w:r>
    </w:p>
    <w:p w14:paraId="5CB82546" w14:textId="77777777" w:rsidR="00734239" w:rsidRPr="0062378D" w:rsidRDefault="00000000">
      <w:pPr>
        <w:pStyle w:val="a"/>
        <w:numPr>
          <w:ilvl w:val="0"/>
          <w:numId w:val="10"/>
        </w:numPr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打开解压后的文件夹，双击</w:t>
      </w:r>
      <w:r>
        <w:rPr>
          <w:rFonts w:cs="微软雅黑" w:hint="eastAsia"/>
          <w:b/>
          <w:lang w:eastAsia="zh-CN"/>
        </w:rPr>
        <w:t>「启动系统.exe」</w:t>
      </w:r>
      <w:r>
        <w:rPr>
          <w:rFonts w:cs="微软雅黑" w:hint="eastAsia"/>
          <w:lang w:eastAsia="zh-CN"/>
        </w:rPr>
        <w:t>。</w:t>
      </w:r>
    </w:p>
    <w:p w14:paraId="5CC5DA66" w14:textId="3047CC2B" w:rsidR="0062378D" w:rsidRDefault="0062378D" w:rsidP="0062378D">
      <w:pPr>
        <w:pStyle w:val="a"/>
        <w:numPr>
          <w:ilvl w:val="0"/>
          <w:numId w:val="0"/>
        </w:numPr>
        <w:spacing w:after="72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4D705028" wp14:editId="76C001D7">
            <wp:extent cx="5278120" cy="2160270"/>
            <wp:effectExtent l="0" t="0" r="0" b="0"/>
            <wp:docPr id="9099634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963481" name="图片 9099634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7D0CB" w14:textId="7777777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lastRenderedPageBreak/>
        <w:t>3.2 启动过程</w:t>
      </w:r>
    </w:p>
    <w:p w14:paraId="5D81E70B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双击「启动系统</w:t>
      </w:r>
      <w:r>
        <w:rPr>
          <w:lang w:eastAsia="zh-CN"/>
        </w:rPr>
        <w:t>.exe</w:t>
      </w:r>
      <w:r>
        <w:rPr>
          <w:rFonts w:cs="微软雅黑" w:hint="eastAsia"/>
          <w:lang w:eastAsia="zh-CN"/>
        </w:rPr>
        <w:t>」后，系统将自动完成以下动作（全程无需操作）：</w:t>
      </w:r>
    </w:p>
    <w:p w14:paraId="5B896F08" w14:textId="081F7D1A" w:rsidR="00734239" w:rsidRDefault="00000000">
      <w:pPr>
        <w:pStyle w:val="a"/>
        <w:numPr>
          <w:ilvl w:val="0"/>
          <w:numId w:val="11"/>
        </w:numPr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后台静默启动本地服务；</w:t>
      </w:r>
    </w:p>
    <w:p w14:paraId="42755E2C" w14:textId="4B397BDA" w:rsidR="00734239" w:rsidRDefault="00000000">
      <w:pPr>
        <w:pStyle w:val="a"/>
        <w:numPr>
          <w:ilvl w:val="0"/>
          <w:numId w:val="11"/>
        </w:numPr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弹出系统窗口，自动进入系统首页；</w:t>
      </w:r>
    </w:p>
    <w:p w14:paraId="2BAA96C7" w14:textId="77777777" w:rsidR="00734239" w:rsidRDefault="00000000">
      <w:pPr>
        <w:pStyle w:val="a"/>
        <w:numPr>
          <w:ilvl w:val="0"/>
          <w:numId w:val="11"/>
        </w:numPr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屏幕右下角托盘区出现系统图标。</w:t>
      </w:r>
    </w:p>
    <w:p w14:paraId="6E6FBE12" w14:textId="77777777" w:rsidR="00734239" w:rsidRDefault="00000000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cs="微软雅黑" w:hint="eastAsia"/>
          <w:lang w:eastAsia="zh-CN"/>
        </w:rPr>
        <w:t>如浏览器窗口未自动打开，请手动访问</w:t>
      </w:r>
      <w:r>
        <w:rPr>
          <w:lang w:eastAsia="zh-CN"/>
        </w:rPr>
        <w:t xml:space="preserve"> http://localhost:7890</w:t>
      </w:r>
    </w:p>
    <w:p w14:paraId="4FDBA7E2" w14:textId="77777777" w:rsidR="00734239" w:rsidRDefault="00000000">
      <w:pPr>
        <w:pStyle w:val="31"/>
        <w:spacing w:line="312" w:lineRule="auto"/>
      </w:pPr>
      <w:r>
        <w:rPr>
          <w:rFonts w:cs="微软雅黑" w:hint="eastAsia"/>
          <w:b w:val="0"/>
          <w:lang w:eastAsia="zh-CN"/>
        </w:rPr>
        <w:t>3.3 托盘图标操作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48"/>
        <w:gridCol w:w="4348"/>
      </w:tblGrid>
      <w:tr w:rsidR="00734239" w14:paraId="30E09D79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EEF4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C45FF2" w14:textId="77777777" w:rsidR="00734239" w:rsidRDefault="00000000">
            <w:pPr>
              <w:spacing w:before="55" w:after="55" w:line="240" w:lineRule="auto"/>
            </w:pPr>
            <w:r>
              <w:rPr>
                <w:b/>
              </w:rPr>
              <w:t>操作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EEF4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A18E65" w14:textId="77777777" w:rsidR="00734239" w:rsidRDefault="00000000">
            <w:pPr>
              <w:spacing w:before="55" w:after="55" w:line="240" w:lineRule="auto"/>
            </w:pPr>
            <w:r>
              <w:rPr>
                <w:b/>
              </w:rPr>
              <w:t>效果</w:t>
            </w:r>
          </w:p>
        </w:tc>
      </w:tr>
      <w:tr w:rsidR="00734239" w14:paraId="44A815DC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05EA33" w14:textId="77777777" w:rsidR="00734239" w:rsidRDefault="00000000">
            <w:pPr>
              <w:spacing w:before="55" w:after="55" w:line="240" w:lineRule="auto"/>
            </w:pPr>
            <w:r>
              <w:t>双击托盘图标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F665B1" w14:textId="77777777" w:rsidR="00734239" w:rsidRDefault="00000000">
            <w:pPr>
              <w:spacing w:before="55" w:after="55" w:line="240" w:lineRule="auto"/>
            </w:pPr>
            <w:r>
              <w:t>再次打开系统窗口</w:t>
            </w:r>
          </w:p>
        </w:tc>
      </w:tr>
      <w:tr w:rsidR="00734239" w14:paraId="1B4D6E15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5B7B99" w14:textId="77777777" w:rsidR="00734239" w:rsidRDefault="00000000">
            <w:pPr>
              <w:spacing w:before="55" w:after="55" w:line="240" w:lineRule="auto"/>
            </w:pPr>
            <w:r>
              <w:t>右键  →  打开系统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A1A540" w14:textId="77777777" w:rsidR="00734239" w:rsidRDefault="00000000">
            <w:pPr>
              <w:spacing w:before="55" w:after="55" w:line="240" w:lineRule="auto"/>
            </w:pPr>
            <w:r>
              <w:t>同上</w:t>
            </w:r>
          </w:p>
        </w:tc>
      </w:tr>
      <w:tr w:rsidR="00734239" w14:paraId="3E3FA862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84C96A" w14:textId="77777777" w:rsidR="00734239" w:rsidRDefault="00000000">
            <w:pPr>
              <w:spacing w:before="55" w:after="55" w:line="240" w:lineRule="auto"/>
            </w:pPr>
            <w:r>
              <w:t>右键  →  退出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2F9A4E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关闭系统窗口并彻底停止后台服务</w:t>
            </w:r>
          </w:p>
        </w:tc>
      </w:tr>
    </w:tbl>
    <w:p w14:paraId="2B2B8FCB" w14:textId="7777777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t>3.4 退出系统</w:t>
      </w:r>
    </w:p>
    <w:p w14:paraId="41383091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右键点击右下角托盘图标，选择「退出」：系统窗口立即关闭，后台服务一并停止，无残留进程。</w:t>
      </w:r>
    </w:p>
    <w:p w14:paraId="23AC1201" w14:textId="7777777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t>3.5 备用启动方式</w:t>
      </w:r>
    </w:p>
    <w:p w14:paraId="1B3B7659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若「启动系统</w:t>
      </w:r>
      <w:r>
        <w:rPr>
          <w:lang w:eastAsia="zh-CN"/>
        </w:rPr>
        <w:t>.exe</w:t>
      </w:r>
      <w:r>
        <w:rPr>
          <w:rFonts w:cs="微软雅黑" w:hint="eastAsia"/>
          <w:lang w:eastAsia="zh-CN"/>
        </w:rPr>
        <w:t>」无法启动，可双击文件夹内的</w:t>
      </w:r>
      <w:r>
        <w:rPr>
          <w:rFonts w:cs="微软雅黑" w:hint="eastAsia"/>
          <w:b/>
          <w:lang w:eastAsia="zh-CN"/>
        </w:rPr>
        <w:t>「备用启动.bat」</w:t>
      </w:r>
      <w:r>
        <w:rPr>
          <w:rFonts w:cs="微软雅黑" w:hint="eastAsia"/>
          <w:lang w:eastAsia="zh-CN"/>
        </w:rPr>
        <w:t>：会打开一个黑色命令行窗口启动服务并自动打开浏览器，关闭该黑色窗口即退出系统。此方式能看到具体报错信息，便于联系技术支持时描述问题。</w:t>
      </w:r>
    </w:p>
    <w:p w14:paraId="533800D5" w14:textId="77777777" w:rsidR="00734239" w:rsidRDefault="00000000">
      <w:pPr>
        <w:pStyle w:val="21"/>
        <w:spacing w:line="312" w:lineRule="auto"/>
        <w:rPr>
          <w:lang w:eastAsia="zh-CN"/>
        </w:rPr>
      </w:pPr>
      <w:bookmarkStart w:id="3" w:name="section-4"/>
      <w:bookmarkEnd w:id="3"/>
      <w:r>
        <w:rPr>
          <w:rFonts w:cs="微软雅黑" w:hint="eastAsia"/>
          <w:b w:val="0"/>
          <w:lang w:eastAsia="zh-CN"/>
        </w:rPr>
        <w:lastRenderedPageBreak/>
        <w:t>第四章　快速上手：从新建项目到资料归档</w:t>
      </w:r>
    </w:p>
    <w:p w14:paraId="2684D6AE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本章按一次完整的使用流程讲解各功能。登录会员后可使用全部在线功能（会员系统见第五章）。</w:t>
      </w:r>
    </w:p>
    <w:p w14:paraId="512C88E2" w14:textId="7777777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t>4.1 新建项目（三步完成）</w:t>
      </w:r>
    </w:p>
    <w:p w14:paraId="348C1E5E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点击左侧导航「文件管理」</w:t>
      </w:r>
      <w:r>
        <w:rPr>
          <w:lang w:eastAsia="zh-CN"/>
        </w:rPr>
        <w:t>→</w:t>
      </w:r>
      <w:r>
        <w:rPr>
          <w:rFonts w:cs="微软雅黑" w:hint="eastAsia"/>
          <w:lang w:eastAsia="zh-CN"/>
        </w:rPr>
        <w:t>「新建项目」，在同一页面上依次完成三步：</w:t>
      </w:r>
    </w:p>
    <w:p w14:paraId="7E75D4EF" w14:textId="77777777" w:rsidR="00734239" w:rsidRDefault="00000000">
      <w:pPr>
        <w:rPr>
          <w:lang w:eastAsia="zh-CN"/>
        </w:rPr>
      </w:pPr>
      <w:r>
        <w:rPr>
          <w:rFonts w:cs="微软雅黑" w:hint="eastAsia"/>
          <w:b/>
          <w:lang w:eastAsia="zh-CN"/>
        </w:rPr>
        <w:t>第一步：选择工程类别与身份角色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48"/>
        <w:gridCol w:w="4348"/>
      </w:tblGrid>
      <w:tr w:rsidR="00734239" w14:paraId="6B02AEB3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EEF4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76DE65" w14:textId="77777777" w:rsidR="00734239" w:rsidRDefault="00000000">
            <w:pPr>
              <w:spacing w:before="55" w:after="55" w:line="240" w:lineRule="auto"/>
            </w:pPr>
            <w:r>
              <w:rPr>
                <w:b/>
              </w:rPr>
              <w:t>工程类别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EEF4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3E8F0D" w14:textId="77777777" w:rsidR="00734239" w:rsidRDefault="00000000">
            <w:pPr>
              <w:spacing w:before="55" w:after="55" w:line="240" w:lineRule="auto"/>
            </w:pPr>
            <w:r>
              <w:rPr>
                <w:b/>
              </w:rPr>
              <w:t>说明</w:t>
            </w:r>
          </w:p>
        </w:tc>
      </w:tr>
      <w:tr w:rsidR="00734239" w14:paraId="5083DBA9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F50615" w14:textId="77777777" w:rsidR="00734239" w:rsidRDefault="00000000">
            <w:pPr>
              <w:spacing w:before="55" w:after="55" w:line="240" w:lineRule="auto"/>
            </w:pPr>
            <w:r>
              <w:t>房建工程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F7339D" w14:textId="77777777" w:rsidR="00734239" w:rsidRDefault="00000000">
            <w:pPr>
              <w:spacing w:before="55" w:after="55" w:line="240" w:lineRule="auto"/>
            </w:pPr>
            <w:r>
              <w:t>房屋建筑工程</w:t>
            </w:r>
          </w:p>
        </w:tc>
      </w:tr>
      <w:tr w:rsidR="00734239" w14:paraId="79F0B212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8EC320" w14:textId="77777777" w:rsidR="00734239" w:rsidRDefault="00000000">
            <w:pPr>
              <w:spacing w:before="55" w:after="55" w:line="240" w:lineRule="auto"/>
            </w:pPr>
            <w:r>
              <w:t>市政工程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E08F93" w14:textId="77777777" w:rsidR="00734239" w:rsidRDefault="00000000">
            <w:pPr>
              <w:spacing w:before="55" w:after="55" w:line="240" w:lineRule="auto"/>
            </w:pPr>
            <w:r>
              <w:t>市政公用工程</w:t>
            </w:r>
          </w:p>
        </w:tc>
      </w:tr>
      <w:tr w:rsidR="00734239" w14:paraId="54E2B417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EC5B2C" w14:textId="77777777" w:rsidR="00734239" w:rsidRDefault="00000000">
            <w:pPr>
              <w:spacing w:before="55" w:after="55" w:line="240" w:lineRule="auto"/>
            </w:pPr>
            <w:r>
              <w:t>公路工程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725991" w14:textId="77777777" w:rsidR="00734239" w:rsidRDefault="00000000">
            <w:pPr>
              <w:spacing w:before="55" w:after="55" w:line="240" w:lineRule="auto"/>
            </w:pPr>
            <w:r>
              <w:t>公路交通工程</w:t>
            </w:r>
          </w:p>
        </w:tc>
      </w:tr>
      <w:tr w:rsidR="00734239" w14:paraId="3D4B8A9B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23BAD6" w14:textId="77777777" w:rsidR="00734239" w:rsidRDefault="00000000">
            <w:pPr>
              <w:spacing w:before="55" w:after="55" w:line="240" w:lineRule="auto"/>
            </w:pPr>
            <w:r>
              <w:t>电力工程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C36D79" w14:textId="77777777" w:rsidR="00734239" w:rsidRDefault="00000000">
            <w:pPr>
              <w:spacing w:before="55" w:after="55" w:line="240" w:lineRule="auto"/>
            </w:pPr>
            <w:r>
              <w:t>电力工程</w:t>
            </w:r>
          </w:p>
        </w:tc>
      </w:tr>
      <w:tr w:rsidR="00734239" w14:paraId="087FE803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11395F" w14:textId="77777777" w:rsidR="00734239" w:rsidRDefault="00000000">
            <w:pPr>
              <w:spacing w:before="55" w:after="55" w:line="240" w:lineRule="auto"/>
            </w:pPr>
            <w:r>
              <w:t>水利工程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D2BBEB" w14:textId="77777777" w:rsidR="00734239" w:rsidRDefault="00000000">
            <w:pPr>
              <w:spacing w:before="55" w:after="55" w:line="240" w:lineRule="auto"/>
            </w:pPr>
            <w:r>
              <w:t>水利工程</w:t>
            </w:r>
          </w:p>
        </w:tc>
      </w:tr>
    </w:tbl>
    <w:p w14:paraId="2DF47310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身份角色按您在项目中的单位身份选择（如建设单位、施工单位、监理单位）。所选组合决定了后续的目录模板与完整度核查标准。</w:t>
      </w:r>
    </w:p>
    <w:p w14:paraId="15EEFA97" w14:textId="77777777" w:rsidR="00734239" w:rsidRDefault="00000000">
      <w:pPr>
        <w:rPr>
          <w:lang w:eastAsia="zh-CN"/>
        </w:rPr>
      </w:pPr>
      <w:r>
        <w:rPr>
          <w:rFonts w:cs="微软雅黑" w:hint="eastAsia"/>
          <w:b/>
          <w:lang w:eastAsia="zh-CN"/>
        </w:rPr>
        <w:t>第二步：填写项目名称</w:t>
      </w:r>
    </w:p>
    <w:p w14:paraId="0C103B2A" w14:textId="77777777" w:rsidR="00734239" w:rsidRDefault="00000000">
      <w:pPr>
        <w:rPr>
          <w:lang w:eastAsia="zh-CN"/>
        </w:rPr>
      </w:pPr>
      <w:r>
        <w:rPr>
          <w:rFonts w:cs="微软雅黑" w:hint="eastAsia"/>
          <w:b/>
          <w:lang w:eastAsia="zh-CN"/>
        </w:rPr>
        <w:t>第三步：指定文件夹</w:t>
      </w:r>
      <w:r>
        <w:rPr>
          <w:rFonts w:cs="微软雅黑" w:hint="eastAsia"/>
          <w:lang w:eastAsia="zh-CN"/>
        </w:rPr>
        <w:t>（两个选项卡二选一）</w:t>
      </w:r>
    </w:p>
    <w:p w14:paraId="65BA7899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新建项目目录</w:t>
      </w:r>
      <w:r>
        <w:rPr>
          <w:rFonts w:cs="微软雅黑" w:hint="eastAsia"/>
          <w:lang w:eastAsia="zh-CN"/>
        </w:rPr>
        <w:t>：点击「选择存放位置」弹出系统文件夹选择框，选定父目录后，系统将在其下创建以项目名称命名的文件夹；</w:t>
      </w:r>
    </w:p>
    <w:p w14:paraId="3DB16438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绑定已有目录</w:t>
      </w:r>
      <w:r>
        <w:rPr>
          <w:rFonts w:cs="微软雅黑" w:hint="eastAsia"/>
          <w:lang w:eastAsia="zh-CN"/>
        </w:rPr>
        <w:t>：若资料已存放在某个文件夹中，直接选择该文件夹，系统对其进行管理，不改动原有结构。</w:t>
      </w:r>
    </w:p>
    <w:p w14:paraId="595E7BA1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lastRenderedPageBreak/>
        <w:t>最后点击「创建项目」或「绑定目录」完成。</w:t>
      </w:r>
    </w:p>
    <w:p w14:paraId="264885B0" w14:textId="77777777" w:rsidR="00734239" w:rsidRDefault="00000000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cs="微软雅黑" w:hint="eastAsia"/>
          <w:lang w:eastAsia="zh-CN"/>
        </w:rPr>
        <w:t>提示：创建时只生成项目文件夹本身；标准子目录可稍后在「模板管理」中一键生成。</w:t>
      </w:r>
    </w:p>
    <w:p w14:paraId="473D817C" w14:textId="7777777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t>4.2 文件管理</w:t>
      </w:r>
    </w:p>
    <w:p w14:paraId="1D9D5601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左侧导航「文件管理」下罗列所有项目名称，点击任一项目进入详情：</w:t>
      </w:r>
    </w:p>
    <w:p w14:paraId="37F923AE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顶部为项目列表页：搜索框（按名称查找）</w:t>
      </w:r>
      <w:r>
        <w:rPr>
          <w:lang w:eastAsia="zh-CN"/>
        </w:rPr>
        <w:t xml:space="preserve">+ </w:t>
      </w:r>
      <w:r>
        <w:rPr>
          <w:rFonts w:cs="微软雅黑" w:hint="eastAsia"/>
          <w:lang w:eastAsia="zh-CN"/>
        </w:rPr>
        <w:t>工程类别筛选</w:t>
      </w:r>
      <w:r>
        <w:rPr>
          <w:lang w:eastAsia="zh-CN"/>
        </w:rPr>
        <w:t xml:space="preserve"> + </w:t>
      </w:r>
      <w:r>
        <w:rPr>
          <w:rFonts w:cs="微软雅黑" w:hint="eastAsia"/>
          <w:lang w:eastAsia="zh-CN"/>
        </w:rPr>
        <w:t>新建项目按钮；</w:t>
      </w:r>
    </w:p>
    <w:p w14:paraId="6BDA9057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项目详情页可浏览目录、上传文件、查看文件合格状态；</w:t>
      </w:r>
    </w:p>
    <w:p w14:paraId="3AE05A68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删除项目仅移除系统内的管理记录，</w:t>
      </w:r>
      <w:r>
        <w:rPr>
          <w:rFonts w:cs="微软雅黑" w:hint="eastAsia"/>
          <w:b/>
          <w:lang w:eastAsia="zh-CN"/>
        </w:rPr>
        <w:t>不会删除电脑上的实际文件夹与文件</w:t>
      </w:r>
      <w:r>
        <w:rPr>
          <w:rFonts w:cs="微软雅黑" w:hint="eastAsia"/>
          <w:lang w:eastAsia="zh-CN"/>
        </w:rPr>
        <w:t>。</w:t>
      </w:r>
    </w:p>
    <w:p w14:paraId="30F01266" w14:textId="7777777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t>4.3 模板管理（资料目录模板）</w:t>
      </w:r>
    </w:p>
    <w:p w14:paraId="04FEA029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「模板管理」页提供两个选项卡：</w:t>
      </w:r>
    </w:p>
    <w:p w14:paraId="3752F4D9" w14:textId="77777777" w:rsidR="00734239" w:rsidRDefault="00000000">
      <w:pPr>
        <w:pStyle w:val="a0"/>
      </w:pPr>
      <w:r>
        <w:rPr>
          <w:rFonts w:cs="微软雅黑" w:hint="eastAsia"/>
          <w:b/>
          <w:lang w:eastAsia="zh-CN"/>
        </w:rPr>
        <w:t>通用模板</w:t>
      </w:r>
      <w:r>
        <w:rPr>
          <w:rFonts w:cs="微软雅黑" w:hint="eastAsia"/>
          <w:lang w:eastAsia="zh-CN"/>
        </w:rPr>
        <w:t>：选择工程类别与身份角色，维护该组合下的标准目录树。支持：</w:t>
      </w:r>
    </w:p>
    <w:p w14:paraId="04880C44" w14:textId="77777777" w:rsidR="00734239" w:rsidRDefault="00000000">
      <w:pPr>
        <w:pStyle w:val="2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复选框勾选：勾选的目录参与建档与完整度统计，取消勾选的目录不创建、不统计；</w:t>
      </w:r>
    </w:p>
    <w:p w14:paraId="724B419A" w14:textId="77777777" w:rsidR="00734239" w:rsidRDefault="00000000">
      <w:pPr>
        <w:pStyle w:val="2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「＋子目录」逐级添加、删除按钮调整结构；</w:t>
      </w:r>
    </w:p>
    <w:p w14:paraId="4C2093ED" w14:textId="77777777" w:rsidR="00734239" w:rsidRDefault="00000000">
      <w:pPr>
        <w:pStyle w:val="2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「批量添加」：每行一个名称，用</w:t>
      </w:r>
      <w:r>
        <w:rPr>
          <w:lang w:eastAsia="zh-CN"/>
        </w:rPr>
        <w:t xml:space="preserve"> / </w:t>
      </w:r>
      <w:r>
        <w:rPr>
          <w:rFonts w:cs="微软雅黑" w:hint="eastAsia"/>
          <w:lang w:eastAsia="zh-CN"/>
        </w:rPr>
        <w:t>表示层级，一次导入多层目录。</w:t>
      </w:r>
    </w:p>
    <w:p w14:paraId="18D7C2FE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专用模板</w:t>
      </w:r>
      <w:r>
        <w:rPr>
          <w:rFonts w:cs="微软雅黑" w:hint="eastAsia"/>
          <w:lang w:eastAsia="zh-CN"/>
        </w:rPr>
        <w:t>：针对某个项目单独定制目录结构，可</w:t>
      </w:r>
      <w:proofErr w:type="gramStart"/>
      <w:r>
        <w:rPr>
          <w:lang w:eastAsia="zh-CN"/>
        </w:rPr>
        <w:t>"</w:t>
      </w:r>
      <w:r>
        <w:rPr>
          <w:rFonts w:cs="微软雅黑" w:hint="eastAsia"/>
          <w:lang w:eastAsia="zh-CN"/>
        </w:rPr>
        <w:t>复制</w:t>
      </w:r>
      <w:proofErr w:type="gramEnd"/>
      <w:r>
        <w:rPr>
          <w:rFonts w:cs="微软雅黑" w:hint="eastAsia"/>
          <w:lang w:eastAsia="zh-CN"/>
        </w:rPr>
        <w:t>通用模板到本</w:t>
      </w:r>
      <w:proofErr w:type="gramStart"/>
      <w:r>
        <w:rPr>
          <w:rFonts w:cs="微软雅黑" w:hint="eastAsia"/>
          <w:lang w:eastAsia="zh-CN"/>
        </w:rPr>
        <w:t>项目</w:t>
      </w:r>
      <w:r>
        <w:rPr>
          <w:lang w:eastAsia="zh-CN"/>
        </w:rPr>
        <w:t>"</w:t>
      </w:r>
      <w:proofErr w:type="gramEnd"/>
      <w:r>
        <w:rPr>
          <w:rFonts w:cs="微软雅黑" w:hint="eastAsia"/>
          <w:lang w:eastAsia="zh-CN"/>
        </w:rPr>
        <w:t>后修改，保存后立即生成文件夹。</w:t>
      </w:r>
    </w:p>
    <w:p w14:paraId="0F8C9C28" w14:textId="7777777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t>4.4 生成目录</w:t>
      </w:r>
    </w:p>
    <w:p w14:paraId="204F6F05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在项目详情页点击「重建目录」，系统按该项目生效的目录模板（专用模板优先，其次通用模板）在项目文件夹内批量创建标准子目录。</w:t>
      </w:r>
    </w:p>
    <w:p w14:paraId="44F0F832" w14:textId="774EE14C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lastRenderedPageBreak/>
        <w:t>4.</w:t>
      </w:r>
      <w:r w:rsidR="00D04D54">
        <w:rPr>
          <w:rFonts w:cs="微软雅黑" w:hint="eastAsia"/>
          <w:b w:val="0"/>
          <w:lang w:eastAsia="zh-CN"/>
        </w:rPr>
        <w:t>5</w:t>
      </w:r>
      <w:r>
        <w:rPr>
          <w:rFonts w:cs="微软雅黑" w:hint="eastAsia"/>
          <w:b w:val="0"/>
          <w:lang w:eastAsia="zh-CN"/>
        </w:rPr>
        <w:t xml:space="preserve"> 完整度检查</w:t>
      </w:r>
    </w:p>
    <w:p w14:paraId="6B6E6A4E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在项目详情页点击「完整度检查」按钮（</w:t>
      </w:r>
      <w:r>
        <w:rPr>
          <w:rFonts w:cs="微软雅黑" w:hint="eastAsia"/>
          <w:b/>
          <w:lang w:eastAsia="zh-CN"/>
        </w:rPr>
        <w:t>仅由按钮手动触发，系统不会自动执行</w:t>
      </w:r>
      <w:r>
        <w:rPr>
          <w:rFonts w:cs="微软雅黑" w:hint="eastAsia"/>
          <w:lang w:eastAsia="zh-CN"/>
        </w:rPr>
        <w:t>），系统按目录模板逐项核查：</w:t>
      </w:r>
    </w:p>
    <w:p w14:paraId="05F131DE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每个资料目录下是否已有文件；</w:t>
      </w:r>
    </w:p>
    <w:p w14:paraId="1112CB1F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必交资料项单独统计完整度；</w:t>
      </w:r>
    </w:p>
    <w:p w14:paraId="190723F4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文件合格性判定：文件大小大于</w:t>
      </w:r>
      <w:r>
        <w:rPr>
          <w:lang w:eastAsia="zh-CN"/>
        </w:rPr>
        <w:t xml:space="preserve"> 0</w:t>
      </w:r>
      <w:r>
        <w:rPr>
          <w:rFonts w:cs="微软雅黑" w:hint="eastAsia"/>
          <w:lang w:eastAsia="zh-CN"/>
        </w:rPr>
        <w:t>、扩展名符合该资料项要求、文件名不含</w:t>
      </w:r>
      <w:proofErr w:type="gramStart"/>
      <w:r>
        <w:rPr>
          <w:lang w:eastAsia="zh-CN"/>
        </w:rPr>
        <w:t>"</w:t>
      </w:r>
      <w:r>
        <w:rPr>
          <w:rFonts w:cs="微软雅黑" w:hint="eastAsia"/>
          <w:lang w:eastAsia="zh-CN"/>
        </w:rPr>
        <w:t>临时</w:t>
      </w:r>
      <w:proofErr w:type="gramEnd"/>
      <w:r>
        <w:rPr>
          <w:lang w:eastAsia="zh-CN"/>
        </w:rPr>
        <w:t>/</w:t>
      </w:r>
      <w:r>
        <w:rPr>
          <w:rFonts w:cs="微软雅黑" w:hint="eastAsia"/>
          <w:lang w:eastAsia="zh-CN"/>
        </w:rPr>
        <w:t>未</w:t>
      </w:r>
      <w:proofErr w:type="gramStart"/>
      <w:r>
        <w:rPr>
          <w:rFonts w:cs="微软雅黑" w:hint="eastAsia"/>
          <w:lang w:eastAsia="zh-CN"/>
        </w:rPr>
        <w:t>命名</w:t>
      </w:r>
      <w:r>
        <w:rPr>
          <w:lang w:eastAsia="zh-CN"/>
        </w:rPr>
        <w:t>"</w:t>
      </w:r>
      <w:proofErr w:type="gramEnd"/>
      <w:r>
        <w:rPr>
          <w:rFonts w:cs="微软雅黑" w:hint="eastAsia"/>
          <w:lang w:eastAsia="zh-CN"/>
        </w:rPr>
        <w:t>等关键词。</w:t>
      </w:r>
    </w:p>
    <w:p w14:paraId="56C52572" w14:textId="569B01C7" w:rsidR="00734239" w:rsidRDefault="00000000">
      <w:pPr>
        <w:pStyle w:val="31"/>
        <w:spacing w:line="312" w:lineRule="auto"/>
        <w:rPr>
          <w:lang w:eastAsia="zh-CN"/>
        </w:rPr>
      </w:pPr>
      <w:r>
        <w:rPr>
          <w:rFonts w:cs="微软雅黑" w:hint="eastAsia"/>
          <w:b w:val="0"/>
          <w:lang w:eastAsia="zh-CN"/>
        </w:rPr>
        <w:t>4.</w:t>
      </w:r>
      <w:r w:rsidR="00D04D54">
        <w:rPr>
          <w:rFonts w:cs="微软雅黑" w:hint="eastAsia"/>
          <w:b w:val="0"/>
          <w:lang w:eastAsia="zh-CN"/>
        </w:rPr>
        <w:t>6</w:t>
      </w:r>
      <w:r>
        <w:rPr>
          <w:rFonts w:cs="微软雅黑" w:hint="eastAsia"/>
          <w:b w:val="0"/>
          <w:lang w:eastAsia="zh-CN"/>
        </w:rPr>
        <w:t xml:space="preserve"> 导出汇总表</w:t>
      </w:r>
    </w:p>
    <w:p w14:paraId="643A6B57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在项目详情页使用「导出汇总表」，将各目录的资料收齐情况导出为表格文件，便于向建设</w:t>
      </w:r>
      <w:r>
        <w:rPr>
          <w:lang w:eastAsia="zh-CN"/>
        </w:rPr>
        <w:t>/</w:t>
      </w:r>
      <w:r>
        <w:rPr>
          <w:rFonts w:cs="微软雅黑" w:hint="eastAsia"/>
          <w:lang w:eastAsia="zh-CN"/>
        </w:rPr>
        <w:t>监理单位汇报或存档。</w:t>
      </w:r>
    </w:p>
    <w:p w14:paraId="3034DC25" w14:textId="00347061" w:rsidR="00734239" w:rsidRDefault="00000000">
      <w:pPr>
        <w:pStyle w:val="31"/>
        <w:spacing w:line="312" w:lineRule="auto"/>
      </w:pPr>
      <w:r>
        <w:rPr>
          <w:rFonts w:cs="微软雅黑" w:hint="eastAsia"/>
          <w:b w:val="0"/>
          <w:lang w:eastAsia="zh-CN"/>
        </w:rPr>
        <w:t>4.</w:t>
      </w:r>
      <w:r w:rsidR="00D04D54">
        <w:rPr>
          <w:rFonts w:cs="微软雅黑" w:hint="eastAsia"/>
          <w:b w:val="0"/>
          <w:lang w:eastAsia="zh-CN"/>
        </w:rPr>
        <w:t>7</w:t>
      </w:r>
      <w:r>
        <w:rPr>
          <w:rFonts w:cs="微软雅黑" w:hint="eastAsia"/>
          <w:b w:val="0"/>
          <w:lang w:eastAsia="zh-CN"/>
        </w:rPr>
        <w:t xml:space="preserve"> 检查更新</w:t>
      </w:r>
    </w:p>
    <w:p w14:paraId="76EE54B9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系统每次启动会自动静默检查新版本，有更新时右下角弹出提示，点击可查看更新内容；</w:t>
      </w:r>
    </w:p>
    <w:p w14:paraId="303542E1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也可点击「检查更新」手动检测：有更新</w:t>
      </w:r>
      <w:r>
        <w:rPr>
          <w:lang w:eastAsia="zh-CN"/>
        </w:rPr>
        <w:t xml:space="preserve"> → </w:t>
      </w:r>
      <w:r>
        <w:rPr>
          <w:rFonts w:cs="微软雅黑" w:hint="eastAsia"/>
          <w:lang w:eastAsia="zh-CN"/>
        </w:rPr>
        <w:t>弹出提示并可一键更新；已是最新</w:t>
      </w:r>
      <w:r>
        <w:rPr>
          <w:lang w:eastAsia="zh-CN"/>
        </w:rPr>
        <w:t xml:space="preserve"> → </w:t>
      </w:r>
      <w:r>
        <w:rPr>
          <w:rFonts w:cs="微软雅黑" w:hint="eastAsia"/>
          <w:lang w:eastAsia="zh-CN"/>
        </w:rPr>
        <w:t>提示</w:t>
      </w:r>
      <w:proofErr w:type="gramStart"/>
      <w:r>
        <w:rPr>
          <w:lang w:eastAsia="zh-CN"/>
        </w:rPr>
        <w:t>"</w:t>
      </w:r>
      <w:r>
        <w:rPr>
          <w:rFonts w:cs="微软雅黑" w:hint="eastAsia"/>
          <w:lang w:eastAsia="zh-CN"/>
        </w:rPr>
        <w:t>当前</w:t>
      </w:r>
      <w:proofErr w:type="gramEnd"/>
      <w:r>
        <w:rPr>
          <w:rFonts w:cs="微软雅黑" w:hint="eastAsia"/>
          <w:lang w:eastAsia="zh-CN"/>
        </w:rPr>
        <w:t>已是最新版本</w:t>
      </w:r>
      <w:r>
        <w:rPr>
          <w:lang w:eastAsia="zh-CN"/>
        </w:rPr>
        <w:t>"</w:t>
      </w:r>
      <w:r>
        <w:rPr>
          <w:rFonts w:cs="微软雅黑" w:hint="eastAsia"/>
          <w:lang w:eastAsia="zh-CN"/>
        </w:rPr>
        <w:t>；未联网</w:t>
      </w:r>
      <w:r>
        <w:rPr>
          <w:lang w:eastAsia="zh-CN"/>
        </w:rPr>
        <w:t xml:space="preserve"> → </w:t>
      </w:r>
      <w:r>
        <w:rPr>
          <w:rFonts w:cs="微软雅黑" w:hint="eastAsia"/>
          <w:lang w:eastAsia="zh-CN"/>
        </w:rPr>
        <w:t>提示</w:t>
      </w:r>
      <w:proofErr w:type="gramStart"/>
      <w:r>
        <w:rPr>
          <w:lang w:eastAsia="zh-CN"/>
        </w:rPr>
        <w:t>"</w:t>
      </w:r>
      <w:r>
        <w:rPr>
          <w:rFonts w:cs="微软雅黑" w:hint="eastAsia"/>
          <w:lang w:eastAsia="zh-CN"/>
        </w:rPr>
        <w:t>当前</w:t>
      </w:r>
      <w:proofErr w:type="gramEnd"/>
      <w:r>
        <w:rPr>
          <w:rFonts w:cs="微软雅黑" w:hint="eastAsia"/>
          <w:lang w:eastAsia="zh-CN"/>
        </w:rPr>
        <w:t>未连接网络，请联网后重试</w:t>
      </w:r>
      <w:r>
        <w:rPr>
          <w:lang w:eastAsia="zh-CN"/>
        </w:rPr>
        <w:t>"</w:t>
      </w:r>
      <w:r>
        <w:rPr>
          <w:rFonts w:cs="微软雅黑" w:hint="eastAsia"/>
          <w:lang w:eastAsia="zh-CN"/>
        </w:rPr>
        <w:t>；</w:t>
      </w:r>
    </w:p>
    <w:p w14:paraId="06538D61" w14:textId="77777777" w:rsidR="00734239" w:rsidRDefault="00000000">
      <w:pPr>
        <w:pStyle w:val="a0"/>
        <w:spacing w:after="72"/>
      </w:pPr>
      <w:r>
        <w:rPr>
          <w:rFonts w:cs="微软雅黑" w:hint="eastAsia"/>
          <w:lang w:eastAsia="zh-CN"/>
        </w:rPr>
        <w:t>下载更新需</w:t>
      </w:r>
      <w:r>
        <w:rPr>
          <w:rFonts w:cs="微软雅黑" w:hint="eastAsia"/>
          <w:b/>
          <w:lang w:eastAsia="zh-CN"/>
        </w:rPr>
        <w:t>登录会员</w:t>
      </w:r>
      <w:r>
        <w:rPr>
          <w:rFonts w:cs="微软雅黑" w:hint="eastAsia"/>
          <w:lang w:eastAsia="zh-CN"/>
        </w:rPr>
        <w:t>。</w:t>
      </w:r>
    </w:p>
    <w:p w14:paraId="4E637B55" w14:textId="77777777" w:rsidR="00734239" w:rsidRDefault="00000000">
      <w:pPr>
        <w:pStyle w:val="21"/>
        <w:spacing w:line="312" w:lineRule="auto"/>
      </w:pPr>
      <w:bookmarkStart w:id="4" w:name="section-5"/>
      <w:bookmarkEnd w:id="4"/>
      <w:r>
        <w:rPr>
          <w:rFonts w:cs="微软雅黑" w:hint="eastAsia"/>
          <w:b w:val="0"/>
          <w:lang w:eastAsia="zh-CN"/>
        </w:rPr>
        <w:t>第五章　会员系统</w:t>
      </w:r>
    </w:p>
    <w:p w14:paraId="597F5574" w14:textId="77777777" w:rsidR="00734239" w:rsidRDefault="00000000">
      <w:pPr>
        <w:pStyle w:val="a"/>
        <w:numPr>
          <w:ilvl w:val="0"/>
          <w:numId w:val="13"/>
        </w:numPr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注册会员</w:t>
      </w:r>
      <w:r>
        <w:rPr>
          <w:rFonts w:cs="微软雅黑" w:hint="eastAsia"/>
          <w:lang w:eastAsia="zh-CN"/>
        </w:rPr>
        <w:t>：点击左下角「注册会员」，按提示填写信息完成注册；</w:t>
      </w:r>
    </w:p>
    <w:p w14:paraId="04FE1A5C" w14:textId="77777777" w:rsidR="00734239" w:rsidRDefault="00000000">
      <w:pPr>
        <w:pStyle w:val="a"/>
        <w:numPr>
          <w:ilvl w:val="0"/>
          <w:numId w:val="13"/>
        </w:numPr>
        <w:spacing w:after="72"/>
        <w:rPr>
          <w:lang w:eastAsia="zh-CN"/>
        </w:rPr>
      </w:pPr>
      <w:r>
        <w:rPr>
          <w:rFonts w:cs="微软雅黑" w:hint="eastAsia"/>
          <w:b/>
          <w:lang w:eastAsia="zh-CN"/>
        </w:rPr>
        <w:t>会员登录</w:t>
      </w:r>
      <w:r>
        <w:rPr>
          <w:rFonts w:cs="微软雅黑" w:hint="eastAsia"/>
          <w:lang w:eastAsia="zh-CN"/>
        </w:rPr>
        <w:t>：点击左下角「会员登录」输入账号密码登录；</w:t>
      </w:r>
    </w:p>
    <w:p w14:paraId="2345FF62" w14:textId="77777777" w:rsidR="00734239" w:rsidRDefault="00000000">
      <w:pPr>
        <w:pStyle w:val="a"/>
        <w:numPr>
          <w:ilvl w:val="0"/>
          <w:numId w:val="13"/>
        </w:numPr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会员登录后可使用：检查更新下载、意见反馈等在线功能；</w:t>
      </w:r>
    </w:p>
    <w:p w14:paraId="4F6322C6" w14:textId="77777777" w:rsidR="00734239" w:rsidRDefault="00000000">
      <w:pPr>
        <w:pStyle w:val="a"/>
        <w:numPr>
          <w:ilvl w:val="0"/>
          <w:numId w:val="13"/>
        </w:numPr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日常资料管理功能</w:t>
      </w:r>
      <w:r>
        <w:rPr>
          <w:rFonts w:cs="微软雅黑" w:hint="eastAsia"/>
          <w:b/>
          <w:lang w:eastAsia="zh-CN"/>
        </w:rPr>
        <w:t>无需登录</w:t>
      </w:r>
      <w:r>
        <w:rPr>
          <w:rFonts w:cs="微软雅黑" w:hint="eastAsia"/>
          <w:lang w:eastAsia="zh-CN"/>
        </w:rPr>
        <w:t>即可使用。</w:t>
      </w:r>
    </w:p>
    <w:p w14:paraId="2E5582B4" w14:textId="77777777" w:rsidR="00734239" w:rsidRDefault="00000000">
      <w:pPr>
        <w:pStyle w:val="21"/>
        <w:spacing w:line="312" w:lineRule="auto"/>
        <w:rPr>
          <w:lang w:eastAsia="zh-CN"/>
        </w:rPr>
      </w:pPr>
      <w:bookmarkStart w:id="5" w:name="section-6"/>
      <w:bookmarkEnd w:id="5"/>
      <w:r>
        <w:rPr>
          <w:rFonts w:cs="微软雅黑" w:hint="eastAsia"/>
          <w:b w:val="0"/>
          <w:lang w:eastAsia="zh-CN"/>
        </w:rPr>
        <w:lastRenderedPageBreak/>
        <w:t>第六章　意见反馈</w:t>
      </w:r>
    </w:p>
    <w:p w14:paraId="2183F7A7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点击左侧导航「意见反馈」在线提交使用意见。</w:t>
      </w:r>
      <w:r>
        <w:rPr>
          <w:rFonts w:cs="微软雅黑" w:hint="eastAsia"/>
          <w:b/>
          <w:lang w:eastAsia="zh-CN"/>
        </w:rPr>
        <w:t>该功能仅限注册用户使用</w:t>
      </w:r>
      <w:r>
        <w:rPr>
          <w:lang w:eastAsia="zh-CN"/>
        </w:rPr>
        <w:t>——</w:t>
      </w:r>
      <w:r>
        <w:rPr>
          <w:rFonts w:cs="微软雅黑" w:hint="eastAsia"/>
          <w:lang w:eastAsia="zh-CN"/>
        </w:rPr>
        <w:t>未登录时会提示</w:t>
      </w:r>
      <w:r>
        <w:rPr>
          <w:lang w:eastAsia="zh-CN"/>
        </w:rPr>
        <w:t>"</w:t>
      </w:r>
      <w:r>
        <w:rPr>
          <w:rFonts w:cs="微软雅黑" w:hint="eastAsia"/>
          <w:lang w:eastAsia="zh-CN"/>
        </w:rPr>
        <w:t>仅限注册用户提交意见。请点击左下角「会员登录」或「注册会员」</w:t>
      </w:r>
      <w:r>
        <w:rPr>
          <w:lang w:eastAsia="zh-CN"/>
        </w:rPr>
        <w:t>"</w:t>
      </w:r>
      <w:r>
        <w:rPr>
          <w:rFonts w:cs="微软雅黑" w:hint="eastAsia"/>
          <w:lang w:eastAsia="zh-CN"/>
        </w:rPr>
        <w:t>。</w:t>
      </w:r>
    </w:p>
    <w:p w14:paraId="5EC0875A" w14:textId="77777777" w:rsidR="00734239" w:rsidRDefault="00000000">
      <w:pPr>
        <w:pStyle w:val="21"/>
        <w:spacing w:line="312" w:lineRule="auto"/>
        <w:rPr>
          <w:lang w:eastAsia="zh-CN"/>
        </w:rPr>
      </w:pPr>
      <w:bookmarkStart w:id="6" w:name="section-7"/>
      <w:bookmarkEnd w:id="6"/>
      <w:r>
        <w:rPr>
          <w:rFonts w:cs="微软雅黑" w:hint="eastAsia"/>
          <w:b w:val="0"/>
          <w:lang w:eastAsia="zh-CN"/>
        </w:rPr>
        <w:t>第七章　常见问题（FAQ）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48"/>
        <w:gridCol w:w="4348"/>
      </w:tblGrid>
      <w:tr w:rsidR="00734239" w14:paraId="76638E98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EEF4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155EB1" w14:textId="77777777" w:rsidR="00734239" w:rsidRDefault="00000000">
            <w:pPr>
              <w:spacing w:before="55" w:after="55" w:line="240" w:lineRule="auto"/>
            </w:pPr>
            <w:proofErr w:type="spellStart"/>
            <w:r>
              <w:rPr>
                <w:b/>
              </w:rPr>
              <w:t>问题</w:t>
            </w:r>
            <w:proofErr w:type="spellEnd"/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EEF4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DE5B5C" w14:textId="77777777" w:rsidR="00734239" w:rsidRDefault="00000000">
            <w:pPr>
              <w:spacing w:before="55" w:after="55" w:line="240" w:lineRule="auto"/>
            </w:pPr>
            <w:r>
              <w:rPr>
                <w:b/>
              </w:rPr>
              <w:t>解决办法</w:t>
            </w:r>
          </w:p>
        </w:tc>
      </w:tr>
      <w:tr w:rsidR="00734239" w14:paraId="78BDAE21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624392" w14:textId="77777777" w:rsidR="00734239" w:rsidRDefault="00000000">
            <w:pPr>
              <w:spacing w:before="55" w:after="55" w:line="240" w:lineRule="auto"/>
            </w:pPr>
            <w:r>
              <w:t>双击启动后没反应？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C716AD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请勿放在需要管理员权限的目录（</w:t>
            </w:r>
            <w:proofErr w:type="gramStart"/>
            <w:r>
              <w:rPr>
                <w:lang w:eastAsia="zh-CN"/>
              </w:rPr>
              <w:t>如  C:\Program</w:t>
            </w:r>
            <w:proofErr w:type="gramEnd"/>
            <w:r>
              <w:rPr>
                <w:lang w:eastAsia="zh-CN"/>
              </w:rPr>
              <w:t xml:space="preserve"> Files</w:t>
            </w:r>
            <w:proofErr w:type="gramStart"/>
            <w:r>
              <w:rPr>
                <w:lang w:eastAsia="zh-CN"/>
              </w:rPr>
              <w:t xml:space="preserve"> ）</w:t>
            </w:r>
            <w:proofErr w:type="gramEnd"/>
            <w:r>
              <w:rPr>
                <w:lang w:eastAsia="zh-CN"/>
              </w:rPr>
              <w:t>，</w:t>
            </w:r>
            <w:proofErr w:type="gramStart"/>
            <w:r>
              <w:rPr>
                <w:lang w:eastAsia="zh-CN"/>
              </w:rPr>
              <w:t>换到  D</w:t>
            </w:r>
            <w:proofErr w:type="gramEnd"/>
            <w:r>
              <w:rPr>
                <w:lang w:eastAsia="zh-CN"/>
              </w:rPr>
              <w:t xml:space="preserve">  盘或桌面再试；仍不行请改用「备用启动 .bat 」启动并截图报错联系技术支持</w:t>
            </w:r>
          </w:p>
        </w:tc>
      </w:tr>
      <w:tr w:rsidR="00734239" w14:paraId="6FE425DF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CE2C8A" w14:textId="77777777" w:rsidR="00734239" w:rsidRDefault="00000000">
            <w:pPr>
              <w:spacing w:before="55" w:after="55" w:line="240" w:lineRule="auto"/>
            </w:pPr>
            <w:proofErr w:type="spellStart"/>
            <w:proofErr w:type="gramStart"/>
            <w:r>
              <w:t>提示端口</w:t>
            </w:r>
            <w:proofErr w:type="spellEnd"/>
            <w:r>
              <w:t xml:space="preserve">  7890</w:t>
            </w:r>
            <w:proofErr w:type="gramEnd"/>
            <w:r>
              <w:t xml:space="preserve">  </w:t>
            </w:r>
            <w:proofErr w:type="spellStart"/>
            <w:r>
              <w:t>被占用</w:t>
            </w:r>
            <w:proofErr w:type="spellEnd"/>
            <w:r>
              <w:t>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8F6A0C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启动器会自动清理本系统残留的旧进程；若被其他软件长期占用，请重启电脑后再试</w:t>
            </w:r>
          </w:p>
        </w:tc>
      </w:tr>
      <w:tr w:rsidR="00734239" w14:paraId="64D8062E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8DE236" w14:textId="77777777" w:rsidR="00734239" w:rsidRDefault="00000000">
            <w:pPr>
              <w:spacing w:before="55" w:after="55" w:line="240" w:lineRule="auto"/>
            </w:pPr>
            <w:proofErr w:type="spellStart"/>
            <w:r>
              <w:t>托盘图标找不到了</w:t>
            </w:r>
            <w:proofErr w:type="spellEnd"/>
            <w:r>
              <w:t>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2BF162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点击任务栏右下角</w:t>
            </w:r>
            <w:proofErr w:type="gramStart"/>
            <w:r>
              <w:rPr>
                <w:lang w:eastAsia="zh-CN"/>
              </w:rPr>
              <w:t xml:space="preserve">「 </w:t>
            </w:r>
            <w:proofErr w:type="gramEnd"/>
            <w:r>
              <w:rPr>
                <w:lang w:eastAsia="zh-CN"/>
              </w:rPr>
              <w:t>^ 」箭头展开隐藏图标；重新双击「启动系统 .exe 」也不会重复启动</w:t>
            </w:r>
          </w:p>
        </w:tc>
      </w:tr>
      <w:tr w:rsidR="00734239" w14:paraId="1F60F7CF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71FAC9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首次启动弹出防火墙提示？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AED654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本系统只访问本机地址，正常情况下不会弹出；若弹出可放心选择 </w:t>
            </w:r>
            <w:proofErr w:type="gramStart"/>
            <w:r>
              <w:rPr>
                <w:lang w:eastAsia="zh-CN"/>
              </w:rPr>
              <w:t>" 取消 "</w:t>
            </w:r>
            <w:proofErr w:type="gramEnd"/>
            <w:r>
              <w:rPr>
                <w:lang w:eastAsia="zh-CN"/>
              </w:rPr>
              <w:t xml:space="preserve"> ，不影响使用</w:t>
            </w:r>
          </w:p>
        </w:tc>
      </w:tr>
      <w:tr w:rsidR="00734239" w14:paraId="774727C3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0F88E1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删除项目会把我的文件删掉吗？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0300EB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不会。删除仅移除系统内的管理记录，电脑上的实际文件夹与文件不受任何影响</w:t>
            </w:r>
          </w:p>
        </w:tc>
      </w:tr>
      <w:tr w:rsidR="00734239" w14:paraId="4841EEA2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CD4F5C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登录 / 更新 / 规范库提示网络错误？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6A6F71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这些功能需要连接互联网（</w:t>
            </w:r>
            <w:proofErr w:type="gramStart"/>
            <w:r>
              <w:rPr>
                <w:lang w:eastAsia="zh-CN"/>
              </w:rPr>
              <w:t>访问  www.yiteng99.com</w:t>
            </w:r>
            <w:proofErr w:type="gramEnd"/>
            <w:r>
              <w:rPr>
                <w:lang w:eastAsia="zh-CN"/>
              </w:rPr>
              <w:t xml:space="preserve"> ），请检查网络；资料管理本身不依赖网络</w:t>
            </w:r>
          </w:p>
        </w:tc>
      </w:tr>
      <w:tr w:rsidR="00734239" w14:paraId="4D9324E1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6C999E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规范文件第一次打开很慢？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4E07EE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首次查看需在线下载并缓存，之后秒开、</w:t>
            </w:r>
            <w:r>
              <w:rPr>
                <w:lang w:eastAsia="zh-CN"/>
              </w:rPr>
              <w:lastRenderedPageBreak/>
              <w:t>离线可用</w:t>
            </w:r>
          </w:p>
        </w:tc>
      </w:tr>
      <w:tr w:rsidR="00734239" w14:paraId="1A985465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FAA97A" w14:textId="77777777" w:rsidR="00734239" w:rsidRDefault="00000000">
            <w:pPr>
              <w:spacing w:before="55" w:after="55" w:line="240" w:lineRule="auto"/>
            </w:pPr>
            <w:proofErr w:type="spellStart"/>
            <w:r>
              <w:lastRenderedPageBreak/>
              <w:t>在多台电脑使用</w:t>
            </w:r>
            <w:proofErr w:type="spellEnd"/>
            <w:r>
              <w:t>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4469B6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本系统为单机版，每台电脑各自运行一份即可；会员账号可通用登录</w:t>
            </w:r>
          </w:p>
        </w:tc>
      </w:tr>
      <w:tr w:rsidR="00734239" w14:paraId="4A5D8628" w14:textId="77777777"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EA6208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r>
              <w:rPr>
                <w:lang w:eastAsia="zh-CN"/>
              </w:rPr>
              <w:t>换电脑或重装系统，数据怎么办？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BFC7B7" w14:textId="77777777" w:rsidR="00734239" w:rsidRDefault="00000000">
            <w:pPr>
              <w:spacing w:before="55" w:after="55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项目数据保存在系统文件夹的  data</w:t>
            </w:r>
            <w:proofErr w:type="gramEnd"/>
            <w:r>
              <w:rPr>
                <w:lang w:eastAsia="zh-CN"/>
              </w:rPr>
              <w:t xml:space="preserve">  目录内，整体拷贝该文件夹即可迁移</w:t>
            </w:r>
          </w:p>
        </w:tc>
      </w:tr>
    </w:tbl>
    <w:p w14:paraId="00F07BBC" w14:textId="77777777" w:rsidR="00734239" w:rsidRDefault="00000000">
      <w:pPr>
        <w:pStyle w:val="21"/>
        <w:spacing w:line="312" w:lineRule="auto"/>
        <w:rPr>
          <w:lang w:eastAsia="zh-CN"/>
        </w:rPr>
      </w:pPr>
      <w:bookmarkStart w:id="7" w:name="section-8"/>
      <w:bookmarkEnd w:id="7"/>
      <w:r>
        <w:rPr>
          <w:rFonts w:cs="微软雅黑" w:hint="eastAsia"/>
          <w:b w:val="0"/>
          <w:lang w:eastAsia="zh-CN"/>
        </w:rPr>
        <w:t>第八章　数据与安全说明</w:t>
      </w:r>
    </w:p>
    <w:p w14:paraId="24C78E8D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系统只对本地文件进行统计管理，</w:t>
      </w:r>
      <w:r>
        <w:rPr>
          <w:rFonts w:cs="微软雅黑" w:hint="eastAsia"/>
          <w:b/>
          <w:lang w:eastAsia="zh-CN"/>
        </w:rPr>
        <w:t>不会将任何文件上传至云端或服务器</w:t>
      </w:r>
      <w:r>
        <w:rPr>
          <w:rFonts w:cs="微软雅黑" w:hint="eastAsia"/>
          <w:lang w:eastAsia="zh-CN"/>
        </w:rPr>
        <w:t>；</w:t>
      </w:r>
    </w:p>
    <w:p w14:paraId="16B473FE" w14:textId="77777777" w:rsidR="00734239" w:rsidRDefault="00000000">
      <w:pPr>
        <w:pStyle w:val="a0"/>
        <w:spacing w:after="72"/>
      </w:pPr>
      <w:r>
        <w:rPr>
          <w:rFonts w:cs="微软雅黑" w:hint="eastAsia"/>
          <w:lang w:eastAsia="zh-CN"/>
        </w:rPr>
        <w:t>请勿修改或删除系统文件夹内的</w:t>
      </w:r>
      <w:r>
        <w:t xml:space="preserve"> runtime</w:t>
      </w:r>
      <w:r>
        <w:rPr>
          <w:rFonts w:cs="微软雅黑" w:hint="eastAsia"/>
          <w:lang w:eastAsia="zh-CN"/>
        </w:rPr>
        <w:t>、</w:t>
      </w:r>
      <w:r>
        <w:t>data</w:t>
      </w:r>
      <w:r>
        <w:rPr>
          <w:rFonts w:cs="微软雅黑" w:hint="eastAsia"/>
          <w:lang w:eastAsia="zh-CN"/>
        </w:rPr>
        <w:t>、</w:t>
      </w:r>
      <w:r>
        <w:t xml:space="preserve">public </w:t>
      </w:r>
      <w:r>
        <w:rPr>
          <w:rFonts w:cs="微软雅黑" w:hint="eastAsia"/>
          <w:lang w:eastAsia="zh-CN"/>
        </w:rPr>
        <w:t>子目录；</w:t>
      </w:r>
    </w:p>
    <w:p w14:paraId="23D2A22B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迁移</w:t>
      </w:r>
      <w:r>
        <w:rPr>
          <w:lang w:eastAsia="zh-CN"/>
        </w:rPr>
        <w:t>/</w:t>
      </w:r>
      <w:r>
        <w:rPr>
          <w:rFonts w:cs="微软雅黑" w:hint="eastAsia"/>
          <w:lang w:eastAsia="zh-CN"/>
        </w:rPr>
        <w:t>备份：整体拷贝系统文件夹即可，全部数据随文件夹走。</w:t>
      </w:r>
    </w:p>
    <w:p w14:paraId="62A40101" w14:textId="77777777" w:rsidR="00734239" w:rsidRDefault="00000000">
      <w:pPr>
        <w:pStyle w:val="21"/>
        <w:spacing w:line="312" w:lineRule="auto"/>
      </w:pPr>
      <w:bookmarkStart w:id="8" w:name="section-9"/>
      <w:bookmarkEnd w:id="8"/>
      <w:r>
        <w:rPr>
          <w:rFonts w:cs="微软雅黑" w:hint="eastAsia"/>
          <w:b w:val="0"/>
          <w:lang w:eastAsia="zh-CN"/>
        </w:rPr>
        <w:t>第九章　技术支持</w:t>
      </w:r>
    </w:p>
    <w:p w14:paraId="48C78075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公司：济南逸腾网络科技有限公司</w:t>
      </w:r>
    </w:p>
    <w:p w14:paraId="2897D8AE" w14:textId="77777777" w:rsidR="00734239" w:rsidRDefault="00000000">
      <w:pPr>
        <w:pStyle w:val="a0"/>
        <w:spacing w:after="72"/>
      </w:pPr>
      <w:r>
        <w:rPr>
          <w:rFonts w:cs="微软雅黑" w:hint="eastAsia"/>
          <w:lang w:eastAsia="zh-CN"/>
        </w:rPr>
        <w:t>网站：</w:t>
      </w:r>
      <w:r>
        <w:t>https://www.yiteng99.com</w:t>
      </w:r>
    </w:p>
    <w:p w14:paraId="64604C52" w14:textId="77777777" w:rsidR="00734239" w:rsidRDefault="00000000">
      <w:pPr>
        <w:pStyle w:val="a0"/>
        <w:spacing w:after="72"/>
        <w:rPr>
          <w:lang w:eastAsia="zh-CN"/>
        </w:rPr>
      </w:pPr>
      <w:r>
        <w:rPr>
          <w:rFonts w:cs="微软雅黑" w:hint="eastAsia"/>
          <w:lang w:eastAsia="zh-CN"/>
        </w:rPr>
        <w:t>反馈渠道：系统内「意见反馈」功能（需登录会员）</w:t>
      </w:r>
    </w:p>
    <w:p w14:paraId="5D5CE012" w14:textId="77777777" w:rsidR="00734239" w:rsidRDefault="00000000">
      <w:pPr>
        <w:rPr>
          <w:lang w:eastAsia="zh-CN"/>
        </w:rPr>
      </w:pPr>
      <w:r>
        <w:rPr>
          <w:rFonts w:cs="微软雅黑" w:hint="eastAsia"/>
          <w:lang w:eastAsia="zh-CN"/>
        </w:rPr>
        <w:t>本手册对应版本：</w:t>
      </w:r>
      <w:r>
        <w:rPr>
          <w:lang w:eastAsia="zh-CN"/>
        </w:rPr>
        <w:t>v1.0</w:t>
      </w:r>
      <w:r>
        <w:rPr>
          <w:rFonts w:cs="微软雅黑" w:hint="eastAsia"/>
          <w:lang w:eastAsia="zh-CN"/>
        </w:rPr>
        <w:t>（</w:t>
      </w:r>
      <w:r>
        <w:rPr>
          <w:lang w:eastAsia="zh-CN"/>
        </w:rPr>
        <w:t xml:space="preserve">2026 </w:t>
      </w:r>
      <w:r>
        <w:rPr>
          <w:rFonts w:cs="微软雅黑" w:hint="eastAsia"/>
          <w:lang w:eastAsia="zh-CN"/>
        </w:rPr>
        <w:t>年</w:t>
      </w:r>
      <w:r>
        <w:rPr>
          <w:lang w:eastAsia="zh-CN"/>
        </w:rPr>
        <w:t xml:space="preserve"> 9 </w:t>
      </w:r>
      <w:r>
        <w:rPr>
          <w:rFonts w:cs="微软雅黑" w:hint="eastAsia"/>
          <w:lang w:eastAsia="zh-CN"/>
        </w:rPr>
        <w:t>月）。界面如随版本更新有调整，请以实际界面为准。</w:t>
      </w:r>
    </w:p>
    <w:sectPr w:rsidR="00734239" w:rsidSect="00034616">
      <w:pgSz w:w="11906" w:h="16838"/>
      <w:pgMar w:top="1440" w:right="1797" w:bottom="1440" w:left="1797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7515026">
    <w:abstractNumId w:val="8"/>
  </w:num>
  <w:num w:numId="2" w16cid:durableId="2111001894">
    <w:abstractNumId w:val="6"/>
  </w:num>
  <w:num w:numId="3" w16cid:durableId="2008558148">
    <w:abstractNumId w:val="5"/>
  </w:num>
  <w:num w:numId="4" w16cid:durableId="1399980071">
    <w:abstractNumId w:val="4"/>
  </w:num>
  <w:num w:numId="5" w16cid:durableId="982195785">
    <w:abstractNumId w:val="7"/>
  </w:num>
  <w:num w:numId="6" w16cid:durableId="705377010">
    <w:abstractNumId w:val="3"/>
  </w:num>
  <w:num w:numId="7" w16cid:durableId="719789701">
    <w:abstractNumId w:val="2"/>
  </w:num>
  <w:num w:numId="8" w16cid:durableId="686098832">
    <w:abstractNumId w:val="1"/>
  </w:num>
  <w:num w:numId="9" w16cid:durableId="748502191">
    <w:abstractNumId w:val="0"/>
  </w:num>
  <w:num w:numId="10" w16cid:durableId="107969337">
    <w:abstractNumId w:val="7"/>
    <w:lvlOverride w:ilvl="0">
      <w:startOverride w:val="1"/>
    </w:lvlOverride>
  </w:num>
  <w:num w:numId="11" w16cid:durableId="1609510548">
    <w:abstractNumId w:val="7"/>
    <w:lvlOverride w:ilvl="0">
      <w:startOverride w:val="1"/>
    </w:lvlOverride>
  </w:num>
  <w:num w:numId="12" w16cid:durableId="1166672325">
    <w:abstractNumId w:val="7"/>
    <w:lvlOverride w:ilvl="0">
      <w:startOverride w:val="1"/>
    </w:lvlOverride>
  </w:num>
  <w:num w:numId="13" w16cid:durableId="101188142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378D"/>
    <w:rsid w:val="00734239"/>
    <w:rsid w:val="00AA1D8D"/>
    <w:rsid w:val="00B107C3"/>
    <w:rsid w:val="00B47730"/>
    <w:rsid w:val="00CB0664"/>
    <w:rsid w:val="00D04D54"/>
    <w:rsid w:val="00D753D8"/>
    <w:rsid w:val="00D763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5291D9"/>
  <w14:defaultImageDpi w14:val="300"/>
  <w15:docId w15:val="{CC48DA11-BAFC-482E-BD7E-9C3D70FC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47" w:lineRule="auto"/>
    </w:pPr>
    <w:rPr>
      <w:rFonts w:ascii="微软雅黑" w:eastAsia="微软雅黑" w:hAnsi="微软雅黑"/>
      <w:color w:val="11182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line="265" w:lineRule="auto"/>
      <w:outlineLvl w:val="0"/>
    </w:pPr>
    <w:rPr>
      <w:b/>
      <w:bCs/>
      <w:color w:val="365F91" w:themeColor="accent1" w:themeShade="BF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480" w:line="265" w:lineRule="auto"/>
      <w:outlineLvl w:val="1"/>
    </w:pPr>
    <w:rPr>
      <w:b/>
      <w:bCs/>
      <w:color w:val="4F81BD" w:themeColor="accent1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480" w:line="265" w:lineRule="auto"/>
      <w:outlineLvl w:val="2"/>
    </w:pPr>
    <w:rPr>
      <w:b/>
      <w:bCs/>
      <w:color w:val="4F81BD" w:themeColor="accent1"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翔 李</cp:lastModifiedBy>
  <cp:revision>3</cp:revision>
  <dcterms:created xsi:type="dcterms:W3CDTF">2013-12-23T23:15:00Z</dcterms:created>
  <dcterms:modified xsi:type="dcterms:W3CDTF">2026-09-14T06:02:00Z</dcterms:modified>
  <cp:category/>
</cp:coreProperties>
</file>